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CellMar>
          <w:top w:w="80" w:type="dxa"/>
          <w:left w:w="90" w:type="dxa"/>
          <w:bottom w:w="80" w:type="dxa"/>
          <w:right w:w="90" w:type="dxa"/>
        </w:tblCellMar>
        <w:tblLook w:val="04A0" w:firstRow="1" w:lastRow="0" w:firstColumn="1" w:lastColumn="0" w:noHBand="0" w:noVBand="1"/>
      </w:tblPr>
      <w:tblGrid>
        <w:gridCol w:w="9978"/>
      </w:tblGrid>
      <w:tr w:rsidR="001304ED" w:rsidRPr="00234BFC" w14:paraId="3DF2B04A" w14:textId="77777777">
        <w:trPr>
          <w:cantSplit/>
          <w:tblHeader/>
          <w:jc w:val="center"/>
        </w:trPr>
        <w:tc>
          <w:tcPr>
            <w:tcW w:w="10368" w:type="dxa"/>
            <w:shd w:val="clear" w:color="auto" w:fill="000000"/>
            <w:tcMar>
              <w:top w:w="70" w:type="dxa"/>
              <w:left w:w="80" w:type="dxa"/>
              <w:bottom w:w="70" w:type="dxa"/>
              <w:right w:w="80" w:type="dxa"/>
            </w:tcMar>
            <w:vAlign w:val="center"/>
          </w:tcPr>
          <w:p w14:paraId="2D7A0A87" w14:textId="77777777" w:rsidR="001304ED" w:rsidRPr="00234BFC" w:rsidRDefault="00985445">
            <w:pPr>
              <w:spacing w:after="30" w:line="240" w:lineRule="auto"/>
              <w:rPr>
                <w:sz w:val="40"/>
                <w:szCs w:val="40"/>
              </w:rPr>
            </w:pPr>
            <w:proofErr w:type="spellStart"/>
            <w:r w:rsidRPr="00234BFC">
              <w:rPr>
                <w:b/>
                <w:color w:val="FFFFFF"/>
                <w:szCs w:val="40"/>
              </w:rPr>
              <w:t>Základná</w:t>
            </w:r>
            <w:proofErr w:type="spellEnd"/>
            <w:r w:rsidRPr="00234BFC">
              <w:rPr>
                <w:b/>
                <w:color w:val="FFFFFF"/>
                <w:szCs w:val="40"/>
              </w:rPr>
              <w:t xml:space="preserve"> </w:t>
            </w:r>
            <w:proofErr w:type="spellStart"/>
            <w:r w:rsidRPr="00234BFC">
              <w:rPr>
                <w:b/>
                <w:color w:val="FFFFFF"/>
                <w:szCs w:val="40"/>
              </w:rPr>
              <w:t>škola</w:t>
            </w:r>
            <w:proofErr w:type="spellEnd"/>
            <w:r w:rsidRPr="00234BFC">
              <w:rPr>
                <w:b/>
                <w:color w:val="FFFFFF"/>
                <w:szCs w:val="40"/>
              </w:rPr>
              <w:t xml:space="preserve"> v </w:t>
            </w:r>
            <w:proofErr w:type="spellStart"/>
            <w:r w:rsidRPr="00234BFC">
              <w:rPr>
                <w:b/>
                <w:color w:val="FFFFFF"/>
                <w:szCs w:val="40"/>
              </w:rPr>
              <w:t>Námestove</w:t>
            </w:r>
            <w:proofErr w:type="spellEnd"/>
            <w:r w:rsidRPr="00234BFC">
              <w:rPr>
                <w:b/>
                <w:color w:val="FFFFFF"/>
                <w:szCs w:val="40"/>
              </w:rPr>
              <w:br/>
            </w:r>
            <w:proofErr w:type="spellStart"/>
            <w:r w:rsidRPr="00234BFC">
              <w:rPr>
                <w:b/>
                <w:color w:val="FFFFFF"/>
                <w:szCs w:val="40"/>
              </w:rPr>
              <w:t>Komenského</w:t>
            </w:r>
            <w:proofErr w:type="spellEnd"/>
            <w:r w:rsidRPr="00234BFC">
              <w:rPr>
                <w:b/>
                <w:color w:val="FFFFFF"/>
                <w:szCs w:val="40"/>
              </w:rPr>
              <w:t xml:space="preserve"> </w:t>
            </w:r>
            <w:proofErr w:type="spellStart"/>
            <w:r w:rsidRPr="00234BFC">
              <w:rPr>
                <w:b/>
                <w:color w:val="FFFFFF"/>
                <w:szCs w:val="40"/>
              </w:rPr>
              <w:t>ulica</w:t>
            </w:r>
            <w:proofErr w:type="spellEnd"/>
            <w:r w:rsidRPr="00234BFC">
              <w:rPr>
                <w:b/>
                <w:color w:val="FFFFFF"/>
                <w:szCs w:val="40"/>
              </w:rPr>
              <w:t xml:space="preserve"> 495/33, 029 01 </w:t>
            </w:r>
            <w:proofErr w:type="spellStart"/>
            <w:r w:rsidRPr="00234BFC">
              <w:rPr>
                <w:b/>
                <w:color w:val="FFFFFF"/>
                <w:szCs w:val="40"/>
              </w:rPr>
              <w:t>Námestovo</w:t>
            </w:r>
            <w:proofErr w:type="spellEnd"/>
          </w:p>
        </w:tc>
      </w:tr>
    </w:tbl>
    <w:p w14:paraId="2261D928" w14:textId="77777777" w:rsidR="001304ED" w:rsidRPr="00234BFC" w:rsidRDefault="001304ED">
      <w:pPr>
        <w:spacing w:line="252" w:lineRule="auto"/>
        <w:jc w:val="both"/>
        <w:rPr>
          <w:sz w:val="40"/>
          <w:szCs w:val="40"/>
        </w:rPr>
      </w:pPr>
    </w:p>
    <w:p w14:paraId="1ED497F1" w14:textId="77777777" w:rsidR="001304ED" w:rsidRPr="00234BFC" w:rsidRDefault="00985445">
      <w:pPr>
        <w:spacing w:line="252" w:lineRule="auto"/>
        <w:jc w:val="center"/>
        <w:rPr>
          <w:sz w:val="40"/>
          <w:szCs w:val="40"/>
        </w:rPr>
      </w:pPr>
      <w:r w:rsidRPr="00234BFC">
        <w:rPr>
          <w:noProof/>
          <w:sz w:val="56"/>
          <w:szCs w:val="56"/>
        </w:rPr>
        <w:drawing>
          <wp:inline distT="0" distB="0" distL="0" distR="0" wp14:anchorId="3D1E6418" wp14:editId="51F2BFE3">
            <wp:extent cx="1739862" cy="8447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763418" cy="856227"/>
                    </a:xfrm>
                    <a:prstGeom prst="rect">
                      <a:avLst/>
                    </a:prstGeom>
                  </pic:spPr>
                </pic:pic>
              </a:graphicData>
            </a:graphic>
          </wp:inline>
        </w:drawing>
      </w:r>
    </w:p>
    <w:tbl>
      <w:tblPr>
        <w:tblW w:w="0" w:type="auto"/>
        <w:jc w:val="center"/>
        <w:tblCellMar>
          <w:top w:w="80" w:type="dxa"/>
          <w:left w:w="90" w:type="dxa"/>
          <w:bottom w:w="80" w:type="dxa"/>
          <w:right w:w="90" w:type="dxa"/>
        </w:tblCellMar>
        <w:tblLook w:val="04A0" w:firstRow="1" w:lastRow="0" w:firstColumn="1" w:lastColumn="0" w:noHBand="0" w:noVBand="1"/>
      </w:tblPr>
      <w:tblGrid>
        <w:gridCol w:w="9978"/>
      </w:tblGrid>
      <w:tr w:rsidR="001304ED" w:rsidRPr="00234BFC" w14:paraId="110682BD" w14:textId="77777777">
        <w:trPr>
          <w:cantSplit/>
          <w:tblHeader/>
          <w:jc w:val="center"/>
        </w:trPr>
        <w:tc>
          <w:tcPr>
            <w:tcW w:w="10368" w:type="dxa"/>
            <w:shd w:val="clear" w:color="auto" w:fill="000000"/>
            <w:tcMar>
              <w:top w:w="70" w:type="dxa"/>
              <w:left w:w="80" w:type="dxa"/>
              <w:bottom w:w="70" w:type="dxa"/>
              <w:right w:w="80" w:type="dxa"/>
            </w:tcMar>
            <w:vAlign w:val="center"/>
          </w:tcPr>
          <w:p w14:paraId="5CD5CC2B" w14:textId="77777777" w:rsidR="001304ED" w:rsidRPr="00234BFC" w:rsidRDefault="00985445">
            <w:pPr>
              <w:spacing w:after="30" w:line="240" w:lineRule="auto"/>
              <w:rPr>
                <w:sz w:val="40"/>
                <w:szCs w:val="40"/>
                <w:lang w:val="sk-SK"/>
              </w:rPr>
            </w:pPr>
            <w:r w:rsidRPr="00234BFC">
              <w:rPr>
                <w:b/>
                <w:color w:val="FFFFFF"/>
                <w:szCs w:val="40"/>
                <w:lang w:val="sk-SK"/>
              </w:rPr>
              <w:t>UČEBNÉ OSNOVY</w:t>
            </w:r>
          </w:p>
        </w:tc>
      </w:tr>
    </w:tbl>
    <w:p w14:paraId="41D23C77" w14:textId="77777777" w:rsidR="001304ED" w:rsidRPr="00234BFC" w:rsidRDefault="00985445">
      <w:pPr>
        <w:jc w:val="center"/>
        <w:rPr>
          <w:sz w:val="40"/>
          <w:szCs w:val="40"/>
          <w:lang w:val="sk-SK"/>
        </w:rPr>
      </w:pPr>
      <w:r w:rsidRPr="00234BFC">
        <w:rPr>
          <w:b/>
          <w:color w:val="000000"/>
          <w:sz w:val="40"/>
          <w:szCs w:val="40"/>
          <w:lang w:val="sk-SK"/>
        </w:rPr>
        <w:t>Nižšie stredné vzdelávanie</w:t>
      </w:r>
    </w:p>
    <w:tbl>
      <w:tblPr>
        <w:tblW w:w="0" w:type="auto"/>
        <w:jc w:val="center"/>
        <w:tblCellMar>
          <w:top w:w="80" w:type="dxa"/>
          <w:left w:w="90" w:type="dxa"/>
          <w:bottom w:w="80" w:type="dxa"/>
          <w:right w:w="90" w:type="dxa"/>
        </w:tblCellMar>
        <w:tblLook w:val="04A0" w:firstRow="1" w:lastRow="0" w:firstColumn="1" w:lastColumn="0" w:noHBand="0" w:noVBand="1"/>
      </w:tblPr>
      <w:tblGrid>
        <w:gridCol w:w="4974"/>
        <w:gridCol w:w="4988"/>
      </w:tblGrid>
      <w:tr w:rsidR="001304ED" w:rsidRPr="00234BFC" w14:paraId="40A17A59" w14:textId="77777777">
        <w:trPr>
          <w:cantSplit/>
          <w:tblHeader/>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96676B9" w14:textId="77777777" w:rsidR="001304ED" w:rsidRPr="00234BFC" w:rsidRDefault="00985445">
            <w:pPr>
              <w:spacing w:after="30" w:line="240" w:lineRule="auto"/>
              <w:rPr>
                <w:b/>
                <w:bCs/>
                <w:sz w:val="40"/>
                <w:szCs w:val="40"/>
                <w:lang w:val="sk-SK"/>
              </w:rPr>
            </w:pPr>
            <w:r w:rsidRPr="00234BFC">
              <w:rPr>
                <w:b/>
                <w:bCs/>
                <w:color w:val="000000"/>
                <w:szCs w:val="40"/>
                <w:lang w:val="sk-SK"/>
              </w:rPr>
              <w:t>Vzdelávacia oblasť:</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AE57AB7" w14:textId="77777777" w:rsidR="001304ED" w:rsidRPr="00234BFC" w:rsidRDefault="00985445">
            <w:pPr>
              <w:spacing w:after="30" w:line="240" w:lineRule="auto"/>
              <w:rPr>
                <w:b/>
                <w:bCs/>
                <w:sz w:val="40"/>
                <w:szCs w:val="40"/>
                <w:lang w:val="sk-SK"/>
              </w:rPr>
            </w:pPr>
            <w:r w:rsidRPr="00234BFC">
              <w:rPr>
                <w:b/>
                <w:bCs/>
                <w:color w:val="000000"/>
                <w:szCs w:val="40"/>
                <w:lang w:val="sk-SK"/>
              </w:rPr>
              <w:t>JAZYK A KOMUNIKÁCIA</w:t>
            </w:r>
          </w:p>
        </w:tc>
      </w:tr>
      <w:tr w:rsidR="001304ED" w:rsidRPr="00234BFC" w14:paraId="14ADF419"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DDF8732" w14:textId="77777777" w:rsidR="00017FC4" w:rsidRDefault="00974517">
            <w:r>
              <w:rPr>
                <w:b/>
              </w:rPr>
              <w:t>Predmet:</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3523AFE" w14:textId="7410CB5A" w:rsidR="00017FC4" w:rsidRDefault="007C10E9">
            <w:r>
              <w:rPr>
                <w:b/>
              </w:rPr>
              <w:t>ANGLICKÝ JAZYK</w:t>
            </w:r>
          </w:p>
        </w:tc>
      </w:tr>
      <w:tr w:rsidR="001304ED" w:rsidRPr="00234BFC" w14:paraId="718B4A9E"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07A240B" w14:textId="77777777" w:rsidR="00017FC4" w:rsidRDefault="00974517">
            <w:r>
              <w:rPr>
                <w:b/>
              </w:rPr>
              <w:t>Zložka:</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8C5A658" w14:textId="77777777" w:rsidR="00017FC4" w:rsidRPr="00B15A04" w:rsidRDefault="00974517">
            <w:pPr>
              <w:rPr>
                <w:b/>
              </w:rPr>
            </w:pPr>
            <w:r w:rsidRPr="00B15A04">
              <w:rPr>
                <w:b/>
              </w:rPr>
              <w:t>ANGLICKÝ JAZYK</w:t>
            </w:r>
          </w:p>
        </w:tc>
      </w:tr>
      <w:tr w:rsidR="001304ED" w:rsidRPr="00234BFC" w14:paraId="39AB46B3"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7BA88A3" w14:textId="77777777" w:rsidR="00017FC4" w:rsidRDefault="00974517">
            <w:r>
              <w:rPr>
                <w:b/>
              </w:rPr>
              <w:t>Stupeň vzdelávania:</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A1884CC" w14:textId="77777777" w:rsidR="00017FC4" w:rsidRPr="00B15A04" w:rsidRDefault="00974517">
            <w:pPr>
              <w:rPr>
                <w:b/>
              </w:rPr>
            </w:pPr>
            <w:r w:rsidRPr="00B15A04">
              <w:rPr>
                <w:b/>
              </w:rPr>
              <w:t>ISCED 2</w:t>
            </w:r>
          </w:p>
        </w:tc>
      </w:tr>
      <w:tr w:rsidR="001304ED" w:rsidRPr="00234BFC" w14:paraId="7B4F5F03"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AC40A87" w14:textId="77777777" w:rsidR="00017FC4" w:rsidRDefault="00974517">
            <w:proofErr w:type="spellStart"/>
            <w:r>
              <w:rPr>
                <w:b/>
              </w:rPr>
              <w:t>Ročník</w:t>
            </w:r>
            <w:proofErr w:type="spellEnd"/>
            <w:r>
              <w:rPr>
                <w:b/>
              </w:rPr>
              <w:t>:</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DD4E483" w14:textId="77777777" w:rsidR="00017FC4" w:rsidRPr="00B15A04" w:rsidRDefault="00974517">
            <w:pPr>
              <w:rPr>
                <w:b/>
              </w:rPr>
            </w:pPr>
            <w:r w:rsidRPr="00B15A04">
              <w:rPr>
                <w:b/>
              </w:rPr>
              <w:t>6. ročník</w:t>
            </w:r>
          </w:p>
        </w:tc>
      </w:tr>
      <w:tr w:rsidR="001304ED" w:rsidRPr="00234BFC" w14:paraId="0278A2AB"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EFCE5BC" w14:textId="77777777" w:rsidR="00017FC4" w:rsidRDefault="00974517">
            <w:proofErr w:type="spellStart"/>
            <w:r>
              <w:rPr>
                <w:b/>
              </w:rPr>
              <w:t>Počet</w:t>
            </w:r>
            <w:proofErr w:type="spellEnd"/>
            <w:r>
              <w:rPr>
                <w:b/>
              </w:rPr>
              <w:t xml:space="preserve"> </w:t>
            </w:r>
            <w:proofErr w:type="spellStart"/>
            <w:r>
              <w:rPr>
                <w:b/>
              </w:rPr>
              <w:t>hodín</w:t>
            </w:r>
            <w:proofErr w:type="spellEnd"/>
            <w:r>
              <w:rPr>
                <w:b/>
              </w:rPr>
              <w:t>:</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70629A6" w14:textId="1FCC11F0" w:rsidR="00017FC4" w:rsidRPr="00B15A04" w:rsidRDefault="00974517">
            <w:pPr>
              <w:rPr>
                <w:b/>
              </w:rPr>
            </w:pPr>
            <w:r w:rsidRPr="00B15A04">
              <w:rPr>
                <w:b/>
              </w:rPr>
              <w:t xml:space="preserve">99 </w:t>
            </w:r>
            <w:proofErr w:type="spellStart"/>
            <w:r w:rsidRPr="00B15A04">
              <w:rPr>
                <w:b/>
              </w:rPr>
              <w:t>hodín</w:t>
            </w:r>
            <w:proofErr w:type="spellEnd"/>
            <w:r w:rsidRPr="00B15A04">
              <w:rPr>
                <w:b/>
              </w:rPr>
              <w:t xml:space="preserve"> (3 </w:t>
            </w:r>
            <w:proofErr w:type="spellStart"/>
            <w:proofErr w:type="gramStart"/>
            <w:r w:rsidRPr="00B15A04">
              <w:rPr>
                <w:b/>
              </w:rPr>
              <w:t>hod</w:t>
            </w:r>
            <w:proofErr w:type="spellEnd"/>
            <w:r w:rsidRPr="00B15A04">
              <w:rPr>
                <w:b/>
              </w:rPr>
              <w:t>./</w:t>
            </w:r>
            <w:proofErr w:type="gramEnd"/>
            <w:r w:rsidR="00B15A04" w:rsidRPr="00B15A04">
              <w:rPr>
                <w:b/>
              </w:rPr>
              <w:t xml:space="preserve"> </w:t>
            </w:r>
            <w:proofErr w:type="spellStart"/>
            <w:r w:rsidRPr="00B15A04">
              <w:rPr>
                <w:b/>
              </w:rPr>
              <w:t>týždeň</w:t>
            </w:r>
            <w:proofErr w:type="spellEnd"/>
            <w:r w:rsidRPr="00B15A04">
              <w:rPr>
                <w:b/>
              </w:rPr>
              <w:t>)</w:t>
            </w:r>
          </w:p>
        </w:tc>
      </w:tr>
      <w:tr w:rsidR="001304ED" w:rsidRPr="00234BFC" w14:paraId="215F0FDC"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9053A08" w14:textId="77777777" w:rsidR="00017FC4" w:rsidRDefault="00974517">
            <w:r>
              <w:rPr>
                <w:b/>
              </w:rPr>
              <w:t>Školský rok:</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89042CB" w14:textId="77777777" w:rsidR="00017FC4" w:rsidRPr="00B15A04" w:rsidRDefault="00974517">
            <w:pPr>
              <w:rPr>
                <w:b/>
              </w:rPr>
            </w:pPr>
            <w:r w:rsidRPr="00B15A04">
              <w:rPr>
                <w:b/>
              </w:rPr>
              <w:t>2026/2027</w:t>
            </w:r>
          </w:p>
        </w:tc>
      </w:tr>
    </w:tbl>
    <w:p w14:paraId="56F0218B" w14:textId="77777777" w:rsidR="001304ED" w:rsidRPr="00234BFC" w:rsidRDefault="00985445">
      <w:pPr>
        <w:spacing w:line="252" w:lineRule="auto"/>
        <w:jc w:val="both"/>
        <w:rPr>
          <w:b/>
          <w:bCs/>
          <w:sz w:val="40"/>
          <w:szCs w:val="40"/>
          <w:lang w:val="sk-SK"/>
        </w:rPr>
      </w:pPr>
      <w:r w:rsidRPr="00234BFC">
        <w:rPr>
          <w:b/>
          <w:bCs/>
          <w:sz w:val="40"/>
          <w:szCs w:val="40"/>
          <w:lang w:val="sk-SK"/>
        </w:rPr>
        <w:br w:type="page"/>
      </w:r>
    </w:p>
    <w:p w14:paraId="5543BB4B" w14:textId="77777777" w:rsidR="00017FC4" w:rsidRDefault="00974517">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lastRenderedPageBreak/>
        <w:t>1. CHARAKTERISTIKA PREDMETU</w:t>
      </w:r>
    </w:p>
    <w:p w14:paraId="2275185F" w14:textId="77777777" w:rsidR="00017FC4" w:rsidRDefault="00974517">
      <w:pPr>
        <w:spacing w:line="247" w:lineRule="auto"/>
        <w:jc w:val="both"/>
      </w:pPr>
      <w:r>
        <w:t>Vyučovací predmet anglický jazyk poskytuje jazykový základ a predpoklad pre komunikáciu žiakov v rámci Európskej únie a iných štátov. Anglický jazyk prispieva k pochopeniu a objavovaniu tých skutočností, ktoré presahujú oblasť skúseností sprostredkovaných materinským jazykom a štátnym jazykom. Anglický jazyk umožňuje poznávať odlišnosti v spôsobe života ľudí iných krajín a ich odlišné kultúrne tradície. Poskytuje prehĺbenie vedomostí a vzájomného porozumenia a tolerancie. Učenie sa anglického jazyka podporuje otvorenejší prístup k ľuďom, umožňuje občanom plne využívať pracovať a študovať v niektorom z členských štátov Európskej únie.</w:t>
      </w:r>
    </w:p>
    <w:p w14:paraId="0134AC1D" w14:textId="77777777" w:rsidR="00017FC4" w:rsidRDefault="00974517">
      <w:pPr>
        <w:spacing w:line="247" w:lineRule="auto"/>
        <w:jc w:val="both"/>
      </w:pPr>
      <w:r>
        <w:t>Vyučovanie anglického jazyka v 6. roč. ako cudzieho jazyka s časovou dotáciou 3 vyučovacie hodiny týždenne bude zorganizovaný do učebných celkov, ktoré berú do úvahy napredovanie a umožňujú nadväznosť.</w:t>
      </w:r>
    </w:p>
    <w:p w14:paraId="5CBB7F78" w14:textId="77777777" w:rsidR="00017FC4" w:rsidRDefault="00974517">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2. CIELE PREDMETU</w:t>
      </w:r>
    </w:p>
    <w:p w14:paraId="2015FB82" w14:textId="77777777" w:rsidR="00017FC4" w:rsidRDefault="00974517">
      <w:pPr>
        <w:spacing w:line="247" w:lineRule="auto"/>
        <w:jc w:val="both"/>
      </w:pPr>
      <w:r>
        <w:t>Podľa Spoločného európskeho referenčného rámca pre jazyky sa pri používaní a učení sa jazyka rozvíja celý rad kompetencií. Učiaci sa využíva všeobecné kompetencie, ale aj celý rad komunikačných jazykových kompetencií, ktoré spolupôsobia v rozličných kontextoch a v rôznych podmienkach. Zapája sa do rečových činností, v rámci ktorých vytvára a prijíma texty vo vzťahu k témam z konkrétnych i abstraktných oblastí. Pri tomto procese si učiaci sa aktivuje tie stratégie učenia sa, ktoré sa mu zdajú na splnenie úloh najvhodnejšie. Kompetencie pri tom definujeme ako súhrn vedomostí, zručností, postojov a hodnôt, ktoré umožňujú osobe konať. Preto základným princípom jazykového vzdelávania na báze kompetencií je zabezpečiť, aby učiaci sa:</w:t>
      </w:r>
    </w:p>
    <w:p w14:paraId="065E7229" w14:textId="77777777" w:rsidR="00017FC4" w:rsidRDefault="00974517">
      <w:pPr>
        <w:spacing w:line="247" w:lineRule="auto"/>
        <w:jc w:val="both"/>
      </w:pPr>
      <w:r>
        <w:t>Osvojil a rozvíjal svoju slovnú zásobu, ktorú bude využívať pri každodennej komunikácii v cudzej krajine</w:t>
      </w:r>
    </w:p>
    <w:p w14:paraId="704E50C1" w14:textId="77777777" w:rsidR="00017FC4" w:rsidRDefault="00974517">
      <w:pPr>
        <w:spacing w:line="247" w:lineRule="auto"/>
        <w:jc w:val="both"/>
      </w:pPr>
      <w:r>
        <w:t>dokázal riešiť každodenné životné situácie v cudzej krajine a v ich riešení pomáhal cudzincom, ktorí sú v jeho vlastnej krajine,</w:t>
      </w:r>
    </w:p>
    <w:p w14:paraId="077CEF5B" w14:textId="77777777" w:rsidR="00017FC4" w:rsidRDefault="00974517">
      <w:pPr>
        <w:spacing w:line="247" w:lineRule="auto"/>
        <w:jc w:val="both"/>
      </w:pPr>
      <w:r>
        <w:t>dokázal vymieňať si informácie a nápady s mladými ľuďmi a dospelými, ktorí hovoria iným jazykom a sprostredkúvajú mu svoje myšlienky a pocity v jazyku, ktorý si učiaci osvojuje</w:t>
      </w:r>
    </w:p>
    <w:p w14:paraId="5EF7379F" w14:textId="77777777" w:rsidR="00017FC4" w:rsidRDefault="00974517">
      <w:pPr>
        <w:spacing w:line="247" w:lineRule="auto"/>
        <w:jc w:val="both"/>
      </w:pPr>
      <w:r>
        <w:t>dokázal viac a lepšie chápať spôsob života a myslenia iných národov a ich kultúrneho dedičstva.</w:t>
      </w:r>
    </w:p>
    <w:p w14:paraId="4D1DA621" w14:textId="77777777" w:rsidR="00017FC4" w:rsidRDefault="00974517">
      <w:pPr>
        <w:keepNext/>
        <w:spacing w:before="80" w:after="40" w:line="247" w:lineRule="auto"/>
      </w:pPr>
      <w:r>
        <w:rPr>
          <w:b/>
        </w:rPr>
        <w:t>KĽÚČOVÉ KOMPETENCIE A PREPOJENIE SO ŠKVP</w:t>
      </w:r>
    </w:p>
    <w:p w14:paraId="057B11E4" w14:textId="77777777" w:rsidR="00017FC4" w:rsidRDefault="00974517">
      <w:pPr>
        <w:spacing w:line="247" w:lineRule="auto"/>
        <w:jc w:val="both"/>
      </w:pPr>
      <w:r>
        <w:t>Sú tie, ktoré nie sú charakteristické pre jazyk, ale ktoré sú nevyhnutné pre rôzne činnosti, vrátane rečových zručností.</w:t>
      </w:r>
    </w:p>
    <w:p w14:paraId="5D69F965" w14:textId="77777777" w:rsidR="00017FC4" w:rsidRDefault="00974517">
      <w:pPr>
        <w:spacing w:line="247" w:lineRule="auto"/>
        <w:jc w:val="both"/>
      </w:pPr>
      <w:r>
        <w:t>Učiaci sa v 6.roč. na úrovni A2 má osvojené všeobecné kompetencie na úrovni A1 a ďalej si ich rozvíja tak, aby dokázal:</w:t>
      </w:r>
    </w:p>
    <w:p w14:paraId="45917FEB" w14:textId="77777777" w:rsidR="00017FC4" w:rsidRDefault="00974517">
      <w:pPr>
        <w:spacing w:after="30" w:line="247" w:lineRule="auto"/>
        <w:ind w:left="198" w:hanging="102"/>
      </w:pPr>
      <w:r>
        <w:t>- vedome získať nové vedomosti a zručnosti,</w:t>
      </w:r>
    </w:p>
    <w:p w14:paraId="79E5273F" w14:textId="77777777" w:rsidR="00017FC4" w:rsidRDefault="00974517">
      <w:pPr>
        <w:spacing w:after="30" w:line="247" w:lineRule="auto"/>
        <w:ind w:left="198" w:hanging="102"/>
      </w:pPr>
      <w:r>
        <w:t>- opakovať si osvojené vedomosti a dopĺňať si ich,</w:t>
      </w:r>
    </w:p>
    <w:p w14:paraId="671F83A9" w14:textId="77777777" w:rsidR="00017FC4" w:rsidRDefault="00974517">
      <w:pPr>
        <w:spacing w:after="30" w:line="247" w:lineRule="auto"/>
        <w:ind w:left="198" w:hanging="102"/>
      </w:pPr>
      <w:r>
        <w:t>- uvedomiť si stratégie učenia sa pri osvojovaní cudzieho jazyka,</w:t>
      </w:r>
    </w:p>
    <w:p w14:paraId="3F0ADA43" w14:textId="77777777" w:rsidR="00017FC4" w:rsidRDefault="00974517">
      <w:pPr>
        <w:spacing w:after="30" w:line="247" w:lineRule="auto"/>
        <w:ind w:left="198" w:hanging="102"/>
      </w:pPr>
      <w:r>
        <w:t>- opísať rôzne stratégie učenia sa s cieľom pochopiť ich a používať,</w:t>
      </w:r>
    </w:p>
    <w:p w14:paraId="1E641D73" w14:textId="77777777" w:rsidR="00017FC4" w:rsidRDefault="00974517">
      <w:pPr>
        <w:spacing w:after="30" w:line="247" w:lineRule="auto"/>
        <w:ind w:left="198" w:hanging="102"/>
      </w:pPr>
      <w:r>
        <w:t>- pochopiť potrebu vzdelávania sa v cudzom jazyku,</w:t>
      </w:r>
    </w:p>
    <w:p w14:paraId="01CA87D8" w14:textId="77777777" w:rsidR="00017FC4" w:rsidRDefault="00974517">
      <w:pPr>
        <w:spacing w:after="30" w:line="247" w:lineRule="auto"/>
        <w:ind w:left="198" w:hanging="102"/>
      </w:pPr>
      <w:r>
        <w:t>- dopĺňať si vedomosti a rozvíjať zručnosti, prepájať ich s už osvojeným učivom, systematizovať ich a využívať pre svoj ďalší rozvoj a reálny život,</w:t>
      </w:r>
    </w:p>
    <w:p w14:paraId="51CA0C62" w14:textId="77777777" w:rsidR="00017FC4" w:rsidRDefault="00974517">
      <w:pPr>
        <w:spacing w:after="30" w:line="247" w:lineRule="auto"/>
        <w:ind w:left="198" w:hanging="102"/>
      </w:pPr>
      <w:r>
        <w:t>- kriticky hodnotiť svoj pokrok, prijímať spätnú väzbu a uvedomovať si možnosti svojho rozvoja,</w:t>
      </w:r>
    </w:p>
    <w:p w14:paraId="4F49FE2B" w14:textId="77777777" w:rsidR="00017FC4" w:rsidRDefault="00974517">
      <w:pPr>
        <w:spacing w:after="30" w:line="247" w:lineRule="auto"/>
        <w:ind w:left="198" w:hanging="102"/>
      </w:pPr>
      <w:r>
        <w:t>- udržať pozornosť pri prijímaní informácií,</w:t>
      </w:r>
    </w:p>
    <w:p w14:paraId="64A89E0C" w14:textId="77777777" w:rsidR="00017FC4" w:rsidRDefault="00974517">
      <w:pPr>
        <w:spacing w:after="30" w:line="247" w:lineRule="auto"/>
        <w:ind w:left="198" w:hanging="102"/>
      </w:pPr>
      <w:r>
        <w:t>- pochopiť zámer zadanej úlohy</w:t>
      </w:r>
    </w:p>
    <w:p w14:paraId="33C417D0" w14:textId="77777777" w:rsidR="00017FC4" w:rsidRDefault="00974517">
      <w:pPr>
        <w:spacing w:after="30" w:line="247" w:lineRule="auto"/>
        <w:ind w:left="198" w:hanging="102"/>
      </w:pPr>
      <w:r>
        <w:t>- účinne spolupracovať vo dvojiciach i v pracovných skupinách,</w:t>
      </w:r>
    </w:p>
    <w:p w14:paraId="04D25E28" w14:textId="77777777" w:rsidR="00017FC4" w:rsidRDefault="00974517">
      <w:pPr>
        <w:spacing w:after="30" w:line="247" w:lineRule="auto"/>
        <w:ind w:left="198" w:hanging="102"/>
      </w:pPr>
      <w:r>
        <w:t>- aktívne a často využívať doteraz dostupné materiály</w:t>
      </w:r>
    </w:p>
    <w:p w14:paraId="1572E4F9" w14:textId="77777777" w:rsidR="00017FC4" w:rsidRDefault="00974517">
      <w:pPr>
        <w:spacing w:after="30" w:line="247" w:lineRule="auto"/>
        <w:ind w:left="198" w:hanging="102"/>
      </w:pPr>
      <w:r>
        <w:t>- byť otvorený kultúrnej a etnickej rôznorodosti.</w:t>
      </w:r>
    </w:p>
    <w:p w14:paraId="73C6E006" w14:textId="77777777" w:rsidR="00017FC4" w:rsidRDefault="00974517">
      <w:pPr>
        <w:spacing w:line="247" w:lineRule="auto"/>
        <w:jc w:val="both"/>
      </w:pPr>
      <w:r>
        <w:t>Vzdelávanie v danej vzdelávacej oblasti smeruje k utváraniu a rozvíjaniu kľúčových kompetencií tým, že vedie žiakov k:</w:t>
      </w:r>
    </w:p>
    <w:p w14:paraId="2F8D2F88" w14:textId="77777777" w:rsidR="00017FC4" w:rsidRDefault="00974517">
      <w:pPr>
        <w:spacing w:line="247" w:lineRule="auto"/>
        <w:jc w:val="both"/>
      </w:pPr>
      <w:r>
        <w:t>osvojeniu si vedomostí a nadobudnutých kompetencií, ktoré im umožnia vzdelávať sa po celý ich život a zaujať aktívne miesto v ekonomickom, sociálnom a kultúrnom živote;</w:t>
      </w:r>
    </w:p>
    <w:p w14:paraId="566536DE" w14:textId="77777777" w:rsidR="00017FC4" w:rsidRDefault="00974517">
      <w:pPr>
        <w:spacing w:line="247" w:lineRule="auto"/>
        <w:jc w:val="both"/>
      </w:pPr>
      <w:r>
        <w:t>príprave všetkých žiakov tak, aby sa stali zodpovednými občanmi, schopnými podieľať sa na rozvoji demokratickej spoločnosti, solidarity, pluralizmu a kultúrnej otvorenosti;</w:t>
      </w:r>
    </w:p>
    <w:p w14:paraId="03F6C0EA" w14:textId="77777777" w:rsidR="00017FC4" w:rsidRDefault="00974517">
      <w:pPr>
        <w:spacing w:line="247" w:lineRule="auto"/>
        <w:jc w:val="both"/>
      </w:pPr>
      <w:r>
        <w:t>zaručeniu rovnakých šancí sociálnej emancipácie pre všetkých žiakov;</w:t>
      </w:r>
    </w:p>
    <w:p w14:paraId="2C537174" w14:textId="77777777" w:rsidR="00017FC4" w:rsidRDefault="00974517">
      <w:pPr>
        <w:spacing w:line="247" w:lineRule="auto"/>
        <w:jc w:val="both"/>
      </w:pPr>
      <w:r>
        <w:t>vnímaniu a postupnému osvojovaniu si jazyka ako bohatého mnohotvárneho prostriedku k získavaniu a odovzdávaniu informácií, k vyjadrovaniu vlastných postojov a názorov;</w:t>
      </w:r>
    </w:p>
    <w:p w14:paraId="18343B92" w14:textId="77777777" w:rsidR="00017FC4" w:rsidRDefault="00974517">
      <w:pPr>
        <w:spacing w:line="247" w:lineRule="auto"/>
        <w:jc w:val="both"/>
      </w:pPr>
      <w:r>
        <w:t>zvládnutiu základných pravidiel medziľudskej komunikácie daného kultúrneho prostredia a nadobudnutiu pozitívneho vzťahu k jazyku v rámci interkultúrnej komunikácie;</w:t>
      </w:r>
    </w:p>
    <w:p w14:paraId="26DE0E02" w14:textId="77777777" w:rsidR="00017FC4" w:rsidRDefault="00974517">
      <w:pPr>
        <w:spacing w:line="247" w:lineRule="auto"/>
        <w:jc w:val="both"/>
      </w:pPr>
      <w:r>
        <w:t>nadobudnutiu vzťahov k slovesným umeleckým dielam, k vlastným čitateľským zážitkom, k rozvíjaniu svojho pozitívneho vzťahu k literatúre a k ďalším druhom umenia vychádzajúcich z umeleckých textov a rozvíjaniu svojich emocionálnych a estetických cítení a vnímaní;</w:t>
      </w:r>
    </w:p>
    <w:p w14:paraId="2FCC1E85" w14:textId="77777777" w:rsidR="00017FC4" w:rsidRDefault="00974517">
      <w:pPr>
        <w:spacing w:line="247" w:lineRule="auto"/>
        <w:jc w:val="both"/>
      </w:pPr>
      <w:r>
        <w:lastRenderedPageBreak/>
        <w:t>pestovaniu vedomia jazykovej príslušnosti k istému etniku, pocitu jazykovej príbuznosti a spolupatričnosti s inými etnikami, prostredníctvom ovládania normy spisovného jazyka viesť žiakov k zvyšovaniu jazykovej kultúry ich verbálnych ústnych i písomných jazykových prejavov.</w:t>
      </w:r>
    </w:p>
    <w:p w14:paraId="44BBAC35" w14:textId="77777777" w:rsidR="00017FC4" w:rsidRDefault="00974517">
      <w:pPr>
        <w:keepNext/>
        <w:spacing w:before="80" w:after="40" w:line="247" w:lineRule="auto"/>
      </w:pPr>
      <w:r>
        <w:rPr>
          <w:b/>
        </w:rPr>
        <w:t>Učiaci sa, ktorý dosiahne úroveň A2</w:t>
      </w:r>
    </w:p>
    <w:p w14:paraId="6ECA4990" w14:textId="77777777" w:rsidR="00017FC4" w:rsidRDefault="00974517">
      <w:pPr>
        <w:spacing w:line="247" w:lineRule="auto"/>
        <w:jc w:val="both"/>
      </w:pPr>
      <w:r>
        <w:t>Úroveň A2-pokladá sa za ďalšiu úroveň generatívneho používania jazyka – je to úroveň, na ktorej sa učiaci sa dokáže vyjadrovať jednoduchým spôsobom, klásť jednoduché otázky o sebe, o tom, kde býva, o ľuďoch, ktorých pozná, a veciach, ktoré vlastní, a odpovedať na ne, dokáže vyjadrovať jednoduché výroky v oblastiach naliehavých potrieb alebo na veľmi známe témy a reagovať na ne, pričom sa nespolieha výhradne na veľmi obmedzený repertoár vopred nacvičených a lexikálne usporiadaných fráz špecifických pre danú situáciu.</w:t>
      </w:r>
    </w:p>
    <w:p w14:paraId="6175111F" w14:textId="77777777" w:rsidR="00017FC4" w:rsidRDefault="00974517">
      <w:pPr>
        <w:spacing w:after="30" w:line="247" w:lineRule="auto"/>
        <w:ind w:left="198" w:hanging="102"/>
      </w:pPr>
      <w:r>
        <w:t>-Rozumie známym každodenným výrazom a základným frázam, ktorých účelom je uspokojenie konkrétnych potrieb, a tieto výrazy a frázy dokáže používať.</w:t>
      </w:r>
    </w:p>
    <w:p w14:paraId="631EBD2F" w14:textId="77777777" w:rsidR="00017FC4" w:rsidRDefault="00974517">
      <w:pPr>
        <w:spacing w:after="30" w:line="247" w:lineRule="auto"/>
        <w:ind w:left="198" w:hanging="102"/>
      </w:pPr>
      <w:r>
        <w:t>-Dokáže predstaviť seba aj iných a dokáže klásť a odpovedať na otázky o osobných údajoch, ako napríklad kde žije, o ľuďoch, ktorých pozná, a o veciach, ktoré vlastní.</w:t>
      </w:r>
    </w:p>
    <w:p w14:paraId="2D4C95A2" w14:textId="77777777" w:rsidR="00017FC4" w:rsidRDefault="00974517">
      <w:pPr>
        <w:spacing w:after="30" w:line="247" w:lineRule="auto"/>
        <w:ind w:left="198" w:hanging="102"/>
      </w:pPr>
      <w:r>
        <w:t>-Dokáže sa dohovoriť jednoduchým spôsobom za predpokladu, že partner v komunikácii rozpráva pomaly a jasne a je pripravený mu pomôcť.</w:t>
      </w:r>
    </w:p>
    <w:p w14:paraId="6E152E5B" w14:textId="77777777" w:rsidR="00017FC4" w:rsidRDefault="00974517">
      <w:pPr>
        <w:keepNext/>
        <w:spacing w:before="80" w:after="40" w:line="247" w:lineRule="auto"/>
      </w:pPr>
      <w:r>
        <w:rPr>
          <w:b/>
        </w:rPr>
        <w:t>Komunikačné jazykové kompetencie</w:t>
      </w:r>
    </w:p>
    <w:p w14:paraId="3DA05657" w14:textId="77777777" w:rsidR="00017FC4" w:rsidRDefault="00974517">
      <w:pPr>
        <w:spacing w:line="247" w:lineRule="auto"/>
        <w:jc w:val="both"/>
      </w:pPr>
      <w:r>
        <w:t>Sú tie, ktoré umožňujú učiacemu sa používať konkrétne jazykové prostriedky v komunikácii.</w:t>
      </w:r>
    </w:p>
    <w:p w14:paraId="4B1D160E" w14:textId="77777777" w:rsidR="00017FC4" w:rsidRDefault="00974517">
      <w:pPr>
        <w:spacing w:line="247" w:lineRule="auto"/>
        <w:jc w:val="both"/>
      </w:pPr>
      <w:r>
        <w:t>Na uskutočnenie komunikačného zámeru a potrieb sa vyžaduje komunikatívne správanie,</w:t>
      </w:r>
    </w:p>
    <w:p w14:paraId="35E3F7BF" w14:textId="77777777" w:rsidR="00017FC4" w:rsidRDefault="00974517">
      <w:pPr>
        <w:spacing w:line="247" w:lineRule="auto"/>
        <w:jc w:val="both"/>
      </w:pPr>
      <w:r>
        <w:t>ktoré je primerané danej situácii a bežné v krajinách, kde sa cudzím jazykom hovorí. Komunikatívne kompetencie zahŕňajú nasledovné zložky:</w:t>
      </w:r>
    </w:p>
    <w:p w14:paraId="05A41A01" w14:textId="77777777" w:rsidR="00017FC4" w:rsidRDefault="00974517">
      <w:pPr>
        <w:keepNext/>
        <w:spacing w:before="80" w:after="40" w:line="247" w:lineRule="auto"/>
      </w:pPr>
      <w:r>
        <w:rPr>
          <w:b/>
        </w:rPr>
        <w:t>Jazyková kompetencia</w:t>
      </w:r>
    </w:p>
    <w:p w14:paraId="03865403" w14:textId="77777777" w:rsidR="00017FC4" w:rsidRDefault="00974517">
      <w:pPr>
        <w:spacing w:line="247" w:lineRule="auto"/>
        <w:jc w:val="both"/>
      </w:pPr>
      <w:r>
        <w:t>Učiaci sa v 6. roč. na úrovni A2 má osvojené jazykové kompetencie na úrovni A1 a ďalej si ich rozvíja tak, aby dokázal používať:</w:t>
      </w:r>
    </w:p>
    <w:p w14:paraId="53519AAE" w14:textId="77777777" w:rsidR="00017FC4" w:rsidRDefault="00974517">
      <w:pPr>
        <w:spacing w:line="247" w:lineRule="auto"/>
        <w:jc w:val="both"/>
      </w:pPr>
      <w:r>
        <w:t>bežné slová a slovné spojenia nevyhnutné pre uspokojovanie jednoduchých komunikačných potrieb obmedzeného charakteru,</w:t>
      </w:r>
    </w:p>
    <w:p w14:paraId="7CA7E9C3" w14:textId="77777777" w:rsidR="00017FC4" w:rsidRDefault="00974517">
      <w:pPr>
        <w:spacing w:line="247" w:lineRule="auto"/>
        <w:jc w:val="both"/>
      </w:pPr>
      <w:r>
        <w:t>základné vetné modely a vedel komunikovať o osvojených témach prostredníctvom naučených slovných spojení a výrazov,</w:t>
      </w:r>
    </w:p>
    <w:p w14:paraId="50BFD4E6" w14:textId="77777777" w:rsidR="00017FC4" w:rsidRDefault="00974517">
      <w:pPr>
        <w:spacing w:line="247" w:lineRule="auto"/>
        <w:jc w:val="both"/>
      </w:pPr>
      <w:r>
        <w:t>vymedzený repertoár náučných krátkych slovných spojení a výrazov pokrývajúcich predvídateľné základné komunikačné situácie,</w:t>
      </w:r>
    </w:p>
    <w:p w14:paraId="6A576D85" w14:textId="77777777" w:rsidR="00017FC4" w:rsidRDefault="00974517">
      <w:pPr>
        <w:spacing w:line="247" w:lineRule="auto"/>
        <w:jc w:val="both"/>
      </w:pPr>
      <w:r>
        <w:t>osvojenú slovnú zásobu tak, aby si vedel poradiť v každodennom konaní, ktoré sa týka známych situácií a tém,</w:t>
      </w:r>
    </w:p>
    <w:p w14:paraId="37116BB9" w14:textId="77777777" w:rsidR="00017FC4" w:rsidRDefault="00974517">
      <w:pPr>
        <w:spacing w:line="247" w:lineRule="auto"/>
        <w:jc w:val="both"/>
      </w:pPr>
      <w:r>
        <w:t>niektoré jednoduché gramatické štruktúry cudzieho jazyka, aj keď sa niekedy dopúšťa základných chýb, ale je mu rozumieť.</w:t>
      </w:r>
    </w:p>
    <w:p w14:paraId="325E5AF8" w14:textId="77777777" w:rsidR="00017FC4" w:rsidRDefault="00974517">
      <w:pPr>
        <w:keepNext/>
        <w:spacing w:before="80" w:after="40" w:line="247" w:lineRule="auto"/>
      </w:pPr>
      <w:r>
        <w:rPr>
          <w:b/>
        </w:rPr>
        <w:t>Sociolingvistická kompetencia</w:t>
      </w:r>
    </w:p>
    <w:p w14:paraId="68D4AFDD" w14:textId="77777777" w:rsidR="00017FC4" w:rsidRDefault="00974517">
      <w:pPr>
        <w:spacing w:line="247" w:lineRule="auto"/>
        <w:jc w:val="both"/>
      </w:pPr>
      <w:r>
        <w:t>Učiaci v 6.roč. na úrovni A2 má osvojené sociolingvistické kompetencie na úrovni A1 a ďalej si ich rozvíja tak, aby dokázal:</w:t>
      </w:r>
    </w:p>
    <w:p w14:paraId="426B8DF9" w14:textId="77777777" w:rsidR="00017FC4" w:rsidRDefault="00974517">
      <w:pPr>
        <w:spacing w:line="247" w:lineRule="auto"/>
        <w:jc w:val="both"/>
      </w:pPr>
      <w:r>
        <w:t>komunikovať v bežných spoločenských situáciách,</w:t>
      </w:r>
    </w:p>
    <w:p w14:paraId="33325762" w14:textId="77777777" w:rsidR="00017FC4" w:rsidRDefault="00974517">
      <w:pPr>
        <w:spacing w:line="247" w:lineRule="auto"/>
        <w:jc w:val="both"/>
      </w:pPr>
      <w:r>
        <w:t>jednoducho sa vyjadrovať pomocou základných funkcií jazyka, akými sú napríklad výmena informácií, žiadosť, jednoduché vyjadrenie vlastných názorov a postojov, pozvanie, ospravedlnenie, atď.,</w:t>
      </w:r>
    </w:p>
    <w:p w14:paraId="2D4F20D8" w14:textId="77777777" w:rsidR="00017FC4" w:rsidRDefault="00974517">
      <w:pPr>
        <w:spacing w:line="247" w:lineRule="auto"/>
        <w:jc w:val="both"/>
      </w:pPr>
      <w:r>
        <w:t>udržiavať a rozvíjať základnú spoločenskú konverzáciu prostredníctvom jednoduchších bežných výrazov.</w:t>
      </w:r>
    </w:p>
    <w:p w14:paraId="4FABDAEE" w14:textId="77777777" w:rsidR="00017FC4" w:rsidRDefault="00974517">
      <w:pPr>
        <w:spacing w:line="247" w:lineRule="auto"/>
        <w:jc w:val="both"/>
      </w:pPr>
      <w:r>
        <w:t>Žiak sa vie vyjadriť v situáciách jednoduchej a priamej výmeny informácií, týkajúcich sa známych a bežných vecí a záležitostí, ale z hľadiska limitovanej slovnej zásoby a gramatiky, ktorú si osvojil, je nútený podstatne zjednodušiť obsah svojej výpovede.</w:t>
      </w:r>
    </w:p>
    <w:p w14:paraId="0EFABBD9" w14:textId="77777777" w:rsidR="00017FC4" w:rsidRDefault="00974517">
      <w:pPr>
        <w:keepNext/>
        <w:spacing w:before="80" w:after="40" w:line="247" w:lineRule="auto"/>
      </w:pPr>
      <w:r>
        <w:rPr>
          <w:b/>
        </w:rPr>
        <w:t>Pragmatická kompetencia</w:t>
      </w:r>
    </w:p>
    <w:p w14:paraId="44053013" w14:textId="77777777" w:rsidR="00017FC4" w:rsidRDefault="00974517">
      <w:pPr>
        <w:spacing w:line="247" w:lineRule="auto"/>
        <w:jc w:val="both"/>
      </w:pPr>
      <w:r>
        <w:t>Učiaci sa v 6. roč. na úrovni A2 má osvojené pragmatické kompetencie na úrovni A1 a ďalej si ich rozvíja tak, aby dokázal:</w:t>
      </w:r>
    </w:p>
    <w:p w14:paraId="1612243E" w14:textId="77777777" w:rsidR="00017FC4" w:rsidRDefault="00974517">
      <w:pPr>
        <w:spacing w:line="247" w:lineRule="auto"/>
        <w:jc w:val="both"/>
      </w:pPr>
      <w:r>
        <w:t>sformulovať svoje myšlienky v súlade s vyžadovanou stratégiou (zámer, téma, logická následnosť),</w:t>
      </w:r>
    </w:p>
    <w:p w14:paraId="5105221C" w14:textId="77777777" w:rsidR="00017FC4" w:rsidRDefault="00974517">
      <w:pPr>
        <w:spacing w:line="247" w:lineRule="auto"/>
        <w:jc w:val="both"/>
      </w:pPr>
      <w:r>
        <w:t>funkčne využívať základné jazykové prostriedky na získavanie informácií, na jednoduché vyjadrenie odmietnutia, túžby, zámeru, uspokojenia, záujmu, prekvapenia, rozčarovania, strachu,</w:t>
      </w:r>
    </w:p>
    <w:p w14:paraId="4CFA5FDE" w14:textId="77777777" w:rsidR="00017FC4" w:rsidRDefault="00974517">
      <w:pPr>
        <w:spacing w:line="247" w:lineRule="auto"/>
        <w:jc w:val="both"/>
      </w:pPr>
      <w:r>
        <w:t>vytvoriť jednoduchý interaktívny text za účelom výmeny informácií,</w:t>
      </w:r>
    </w:p>
    <w:p w14:paraId="3C3C9D5E" w14:textId="77777777" w:rsidR="00017FC4" w:rsidRDefault="00974517">
      <w:pPr>
        <w:spacing w:line="247" w:lineRule="auto"/>
        <w:jc w:val="both"/>
      </w:pPr>
      <w:r>
        <w:t>použiť jednoduché výrazové prostriedky na začatie, udržanie a ukončenie krátkeho rozhovoru,</w:t>
      </w:r>
    </w:p>
    <w:p w14:paraId="7C6DF131" w14:textId="77777777" w:rsidR="00017FC4" w:rsidRDefault="00974517">
      <w:pPr>
        <w:spacing w:line="247" w:lineRule="auto"/>
        <w:jc w:val="both"/>
      </w:pPr>
      <w:r>
        <w:t>používať najfrekventovanejšie konektory na spájanie jednoduchých viet potrebných na vyrozprávanie alebo opis príbehu v logickom časovom slede.</w:t>
      </w:r>
    </w:p>
    <w:p w14:paraId="20CAE109" w14:textId="77777777" w:rsidR="00017FC4" w:rsidRDefault="00974517">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3. TEMATICKÉ CELKY, OBSAHOVÝ ŠTANDARD, VÝKONOVÝ ŠTANDARD</w:t>
      </w:r>
    </w:p>
    <w:p w14:paraId="2227D00B" w14:textId="77777777" w:rsidR="00017FC4" w:rsidRDefault="00974517">
      <w:pPr>
        <w:spacing w:after="30" w:line="247" w:lineRule="auto"/>
      </w:pPr>
      <w:r>
        <w:rPr>
          <w:sz w:val="19"/>
        </w:rPr>
        <w:t>(3 hod./týždeň, 99/rok)</w:t>
      </w:r>
    </w:p>
    <w:p w14:paraId="6C64EB31" w14:textId="77777777" w:rsidR="00017FC4" w:rsidRDefault="00974517">
      <w:pPr>
        <w:spacing w:line="247" w:lineRule="auto"/>
        <w:jc w:val="both"/>
      </w:pPr>
      <w:r>
        <w:lastRenderedPageBreak/>
        <w:t>Obsah vyučovania anglického jazyka v 6. ročníku rešpektuje psychické osobitosti detí nižšieho sekundárneho vzdelania, vychádza z ich záujmov, schopností, skúseností a vedomostí o svete a z reálií krajiny, jazyk ktorej sa učia. Veľkú úlohu tu zohrávajú komunikačné jazykové kompetencie, ktoré mu umožňujú používať konkrétne jazykové prostriedky. V prvom rade musí žiak tieto prostriedky zažiť a použiť v komunikácii s partnerom, či už v reálnych alebo simulovaných komunikačných situáciách. Preto sa v tomto ročníku rozvíjajú také komunikačné zručnosti ako sú počúvanie s porozumením, čítanie s porozumením, písomný prejav a ústny prejav vo forme dialógu a monológu. Žiak si rozširuje repertoár slovnej zásoby a slovných spojení, ktorý je prispôsobená konverzačným témam a učebnici, ktorú na hodine používa. Osvojuje si rozdiely medzi britskou a americkou lexikou, pracuje s dvojjazyčným slovníkom, oboznamuje sa s jednoduchým výkladovým slovníkom, dostáva základy morfológie, syntaxe zvukovou i grafickou podobou jazyka. To všetko napomáha žiakovi rozvíjať a vedome získavať nové vedomosti a zručnosti.</w:t>
      </w:r>
    </w:p>
    <w:p w14:paraId="769FB5A7" w14:textId="77777777" w:rsidR="00017FC4" w:rsidRDefault="00974517">
      <w:pPr>
        <w:keepNext/>
        <w:spacing w:before="80" w:after="40" w:line="247" w:lineRule="auto"/>
      </w:pPr>
      <w:r>
        <w:rPr>
          <w:b/>
        </w:rPr>
        <w:t>Témy pre komunikačné úrovne</w:t>
      </w:r>
    </w:p>
    <w:p w14:paraId="6808B570" w14:textId="77777777" w:rsidR="00017FC4" w:rsidRDefault="00974517">
      <w:pPr>
        <w:keepNext/>
        <w:spacing w:before="80" w:after="40" w:line="247" w:lineRule="auto"/>
      </w:pPr>
      <w:r>
        <w:rPr>
          <w:b/>
        </w:rPr>
        <w:t>Vybraná povinná lexika pre komunikačné úrovne A1, A2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3240"/>
        <w:gridCol w:w="3702"/>
      </w:tblGrid>
      <w:tr w:rsidR="007243BE" w:rsidRPr="001870F2" w14:paraId="10079031" w14:textId="77777777" w:rsidTr="0062142A">
        <w:trPr>
          <w:cantSplit/>
          <w:jc w:val="center"/>
        </w:trPr>
        <w:tc>
          <w:tcPr>
            <w:tcW w:w="2346" w:type="dxa"/>
          </w:tcPr>
          <w:p w14:paraId="31256793" w14:textId="77777777" w:rsidR="007243BE" w:rsidRPr="001870F2" w:rsidRDefault="00974517" w:rsidP="0062142A">
            <w:pPr>
              <w:spacing w:after="20" w:line="240" w:lineRule="auto"/>
              <w:rPr>
                <w:b/>
              </w:rPr>
            </w:pPr>
            <w:r w:rsidRPr="001870F2">
              <w:rPr>
                <w:sz w:val="18"/>
              </w:rPr>
              <w:t>Témy všeobecne</w:t>
            </w:r>
          </w:p>
        </w:tc>
        <w:tc>
          <w:tcPr>
            <w:tcW w:w="3240" w:type="dxa"/>
          </w:tcPr>
          <w:p w14:paraId="03033CBC" w14:textId="77777777" w:rsidR="007243BE" w:rsidRPr="001870F2" w:rsidRDefault="00974517" w:rsidP="0062142A">
            <w:pPr>
              <w:spacing w:after="20" w:line="240" w:lineRule="auto"/>
              <w:rPr>
                <w:b/>
              </w:rPr>
            </w:pPr>
            <w:r w:rsidRPr="001870F2">
              <w:rPr>
                <w:sz w:val="18"/>
              </w:rPr>
              <w:t>Úroveň A1</w:t>
            </w:r>
          </w:p>
        </w:tc>
        <w:tc>
          <w:tcPr>
            <w:tcW w:w="3702" w:type="dxa"/>
          </w:tcPr>
          <w:p w14:paraId="2E3DB2F8" w14:textId="77777777" w:rsidR="007243BE" w:rsidRPr="001870F2" w:rsidRDefault="00974517" w:rsidP="0062142A">
            <w:pPr>
              <w:spacing w:after="20" w:line="240" w:lineRule="auto"/>
              <w:rPr>
                <w:b/>
              </w:rPr>
            </w:pPr>
            <w:r w:rsidRPr="001870F2">
              <w:rPr>
                <w:sz w:val="18"/>
              </w:rPr>
              <w:t>Úroveň A2</w:t>
            </w:r>
          </w:p>
        </w:tc>
      </w:tr>
      <w:tr w:rsidR="007243BE" w:rsidRPr="001870F2" w14:paraId="2E65F08B" w14:textId="77777777" w:rsidTr="0062142A">
        <w:trPr>
          <w:cantSplit/>
          <w:jc w:val="center"/>
        </w:trPr>
        <w:tc>
          <w:tcPr>
            <w:tcW w:w="2346" w:type="dxa"/>
          </w:tcPr>
          <w:p w14:paraId="0D3365D8" w14:textId="77777777" w:rsidR="007243BE" w:rsidRPr="00727A71" w:rsidRDefault="00974517" w:rsidP="0062142A">
            <w:pPr>
              <w:spacing w:after="20" w:line="240" w:lineRule="auto"/>
              <w:rPr>
                <w:sz w:val="22"/>
              </w:rPr>
            </w:pPr>
            <w:r w:rsidRPr="00727A71">
              <w:rPr>
                <w:bCs/>
                <w:sz w:val="18"/>
              </w:rPr>
              <w:t xml:space="preserve">1 Rodina a spoločnosť </w:t>
            </w:r>
          </w:p>
          <w:p w14:paraId="07D6D23C" w14:textId="77777777" w:rsidR="007243BE" w:rsidRPr="00727A71" w:rsidRDefault="00974517" w:rsidP="0062142A">
            <w:pPr>
              <w:spacing w:after="20" w:line="240" w:lineRule="auto"/>
              <w:rPr>
                <w:sz w:val="22"/>
              </w:rPr>
            </w:pPr>
            <w:r w:rsidRPr="00727A71">
              <w:rPr>
                <w:sz w:val="18"/>
              </w:rPr>
              <w:t xml:space="preserve">- Osobné údaje </w:t>
            </w:r>
          </w:p>
          <w:p w14:paraId="574BF534" w14:textId="77777777" w:rsidR="007243BE" w:rsidRPr="00727A71" w:rsidRDefault="00974517" w:rsidP="0062142A">
            <w:pPr>
              <w:spacing w:after="20" w:line="240" w:lineRule="auto"/>
              <w:rPr>
                <w:sz w:val="22"/>
              </w:rPr>
            </w:pPr>
            <w:r w:rsidRPr="00727A71">
              <w:rPr>
                <w:sz w:val="18"/>
              </w:rPr>
              <w:t xml:space="preserve">- Rodina - vzťahy v rodine </w:t>
            </w:r>
          </w:p>
          <w:p w14:paraId="180AA894" w14:textId="77777777" w:rsidR="007243BE" w:rsidRPr="00727A71" w:rsidRDefault="00974517" w:rsidP="0062142A">
            <w:pPr>
              <w:spacing w:after="20" w:line="240" w:lineRule="auto"/>
              <w:rPr>
                <w:sz w:val="22"/>
              </w:rPr>
            </w:pPr>
            <w:r w:rsidRPr="00727A71">
              <w:rPr>
                <w:sz w:val="18"/>
              </w:rPr>
              <w:t xml:space="preserve">- Národnosť/štátna príslušnosť </w:t>
            </w:r>
          </w:p>
          <w:p w14:paraId="6BF203B0" w14:textId="77777777" w:rsidR="007243BE" w:rsidRPr="00727A71" w:rsidRDefault="00974517" w:rsidP="0062142A">
            <w:pPr>
              <w:spacing w:after="20" w:line="240" w:lineRule="auto"/>
              <w:rPr>
                <w:sz w:val="22"/>
              </w:rPr>
            </w:pPr>
            <w:r w:rsidRPr="00727A71">
              <w:rPr>
                <w:sz w:val="18"/>
              </w:rPr>
              <w:t xml:space="preserve">- Tlačivá/dokumenty </w:t>
            </w:r>
          </w:p>
          <w:p w14:paraId="3E84738B" w14:textId="77777777" w:rsidR="007243BE" w:rsidRPr="00727A71" w:rsidRDefault="00974517" w:rsidP="0062142A">
            <w:pPr>
              <w:spacing w:after="20" w:line="240" w:lineRule="auto"/>
              <w:rPr>
                <w:rFonts w:ascii="Times New Roman" w:hAnsi="Times New Roman"/>
              </w:rPr>
            </w:pPr>
            <w:r w:rsidRPr="00727A71">
              <w:rPr>
                <w:sz w:val="18"/>
              </w:rPr>
              <w:t>- Vzťahy medzi ľuďmi</w:t>
            </w:r>
          </w:p>
        </w:tc>
        <w:tc>
          <w:tcPr>
            <w:tcW w:w="3240" w:type="dxa"/>
          </w:tcPr>
          <w:p w14:paraId="7A517808" w14:textId="77777777" w:rsidR="007243BE" w:rsidRPr="00727A71" w:rsidRDefault="00974517" w:rsidP="0062142A">
            <w:pPr>
              <w:spacing w:after="20" w:line="240" w:lineRule="auto"/>
              <w:rPr>
                <w:sz w:val="22"/>
              </w:rPr>
            </w:pPr>
            <w:r w:rsidRPr="00727A71">
              <w:rPr>
                <w:bCs/>
                <w:sz w:val="18"/>
              </w:rPr>
              <w:t xml:space="preserve">Osobné údaje </w:t>
            </w:r>
          </w:p>
          <w:p w14:paraId="2276B143" w14:textId="77777777" w:rsidR="007243BE" w:rsidRPr="00727A71" w:rsidRDefault="00974517" w:rsidP="0062142A">
            <w:pPr>
              <w:spacing w:after="20" w:line="240" w:lineRule="auto"/>
              <w:rPr>
                <w:rFonts w:ascii="Times New Roman" w:hAnsi="Times New Roman"/>
              </w:rPr>
            </w:pPr>
            <w:r w:rsidRPr="00727A71">
              <w:rPr>
                <w:bCs/>
                <w:sz w:val="18"/>
              </w:rPr>
              <w:t xml:space="preserve">Rodina - vzťahy v rodine </w:t>
            </w:r>
          </w:p>
          <w:p w14:paraId="3E7B0F9D" w14:textId="77777777" w:rsidR="007243BE" w:rsidRPr="00727A71" w:rsidRDefault="00974517" w:rsidP="0062142A">
            <w:pPr>
              <w:spacing w:after="20" w:line="240" w:lineRule="auto"/>
              <w:rPr>
                <w:sz w:val="22"/>
              </w:rPr>
            </w:pPr>
            <w:r w:rsidRPr="00727A71">
              <w:rPr>
                <w:sz w:val="18"/>
              </w:rPr>
              <w:t xml:space="preserve">name, address, age, birthday, street, telephone number, country, boy, girl, </w:t>
            </w:r>
          </w:p>
          <w:p w14:paraId="1212BD53" w14:textId="77777777" w:rsidR="007243BE" w:rsidRPr="00727A71" w:rsidRDefault="00974517" w:rsidP="0062142A">
            <w:pPr>
              <w:spacing w:after="20" w:line="240" w:lineRule="auto"/>
              <w:rPr>
                <w:rFonts w:ascii="Times New Roman" w:hAnsi="Times New Roman"/>
              </w:rPr>
            </w:pPr>
            <w:r w:rsidRPr="00727A71">
              <w:rPr>
                <w:sz w:val="18"/>
              </w:rPr>
              <w:t xml:space="preserve">family, mother, father, brother, sister, parents, grandmother, aunt, uncle, boy-cousin, girl-cousin, baby, child, family tree, </w:t>
            </w:r>
          </w:p>
        </w:tc>
        <w:tc>
          <w:tcPr>
            <w:tcW w:w="3702" w:type="dxa"/>
          </w:tcPr>
          <w:p w14:paraId="73F5D0F9" w14:textId="77777777" w:rsidR="007243BE" w:rsidRPr="00727A71" w:rsidRDefault="00974517" w:rsidP="0062142A">
            <w:pPr>
              <w:spacing w:after="20" w:line="240" w:lineRule="auto"/>
              <w:rPr>
                <w:sz w:val="22"/>
              </w:rPr>
            </w:pPr>
            <w:r w:rsidRPr="00727A71">
              <w:rPr>
                <w:bCs/>
                <w:sz w:val="18"/>
              </w:rPr>
              <w:t xml:space="preserve">Národnosť/štátna príslušnosť </w:t>
            </w:r>
          </w:p>
          <w:p w14:paraId="385EC6A9" w14:textId="77777777" w:rsidR="007243BE" w:rsidRPr="00727A71" w:rsidRDefault="00974517" w:rsidP="0062142A">
            <w:pPr>
              <w:spacing w:after="20" w:line="240" w:lineRule="auto"/>
              <w:rPr>
                <w:sz w:val="22"/>
              </w:rPr>
            </w:pPr>
            <w:r w:rsidRPr="00727A71">
              <w:rPr>
                <w:sz w:val="18"/>
              </w:rPr>
              <w:t xml:space="preserve">sex, birthplace, first name, surname, schoolboy, schoolgirl, student, pupil, postcode, member, daughter, son, girlfriend, boyfriend, husband, wife, relative, teenager, great grandfather, </w:t>
            </w:r>
          </w:p>
          <w:p w14:paraId="26F811F2" w14:textId="77777777" w:rsidR="007243BE" w:rsidRPr="00727A71" w:rsidRDefault="00974517" w:rsidP="0062142A">
            <w:pPr>
              <w:spacing w:after="20" w:line="240" w:lineRule="auto"/>
              <w:rPr>
                <w:sz w:val="22"/>
              </w:rPr>
            </w:pPr>
            <w:r w:rsidRPr="00727A71">
              <w:rPr>
                <w:sz w:val="18"/>
              </w:rPr>
              <w:t xml:space="preserve">honeymoon, church wedding, wedding anniversary, maternity leave, give birth to, funeral, </w:t>
            </w:r>
          </w:p>
          <w:p w14:paraId="15D52E82" w14:textId="77777777" w:rsidR="007243BE" w:rsidRPr="00727A71" w:rsidRDefault="00974517" w:rsidP="0062142A">
            <w:pPr>
              <w:spacing w:after="20" w:line="240" w:lineRule="auto"/>
              <w:rPr>
                <w:rFonts w:ascii="Times New Roman" w:hAnsi="Times New Roman"/>
              </w:rPr>
            </w:pPr>
            <w:r w:rsidRPr="00727A71">
              <w:rPr>
                <w:sz w:val="18"/>
              </w:rPr>
              <w:t>be close to, go out, settle, spoil, educate, be pregnant, christen, separate, split up, get divorced, die, retire, nationality, Slovakia/Slovak Britain/British,theUSA/American, Greece/Greek, Italy/Italian, Germany/German,Canada/Canadian, Russia/Russian, Poland/Polish, Spain/Spanish, Hungary/Hungarian, France/French, Brazil/Brazilian, Sweden/Swedish, China/Chinese, form, information, date, home town, postcode, e-mail address, date ,passport, identity card</w:t>
            </w:r>
          </w:p>
        </w:tc>
      </w:tr>
      <w:tr w:rsidR="007243BE" w:rsidRPr="001870F2" w14:paraId="131DF837" w14:textId="77777777" w:rsidTr="0062142A">
        <w:trPr>
          <w:cantSplit/>
          <w:jc w:val="center"/>
        </w:trPr>
        <w:tc>
          <w:tcPr>
            <w:tcW w:w="2346" w:type="dxa"/>
          </w:tcPr>
          <w:p w14:paraId="17C9CAA2" w14:textId="77777777" w:rsidR="007243BE" w:rsidRPr="00727A71" w:rsidRDefault="00974517" w:rsidP="0062142A">
            <w:pPr>
              <w:spacing w:after="20" w:line="240" w:lineRule="auto"/>
              <w:rPr>
                <w:sz w:val="22"/>
              </w:rPr>
            </w:pPr>
            <w:r w:rsidRPr="00727A71">
              <w:rPr>
                <w:bCs/>
                <w:sz w:val="18"/>
              </w:rPr>
              <w:t xml:space="preserve">2 Domov a bývanie </w:t>
            </w:r>
          </w:p>
          <w:p w14:paraId="336F5CEE" w14:textId="77777777" w:rsidR="007243BE" w:rsidRPr="00727A71" w:rsidRDefault="00974517" w:rsidP="0062142A">
            <w:pPr>
              <w:spacing w:after="20" w:line="240" w:lineRule="auto"/>
              <w:rPr>
                <w:sz w:val="22"/>
              </w:rPr>
            </w:pPr>
            <w:r w:rsidRPr="00727A71">
              <w:rPr>
                <w:sz w:val="18"/>
              </w:rPr>
              <w:t xml:space="preserve">- Môj dom/byt </w:t>
            </w:r>
          </w:p>
          <w:p w14:paraId="524CD327" w14:textId="77777777" w:rsidR="007243BE" w:rsidRPr="00727A71" w:rsidRDefault="00974517" w:rsidP="0062142A">
            <w:pPr>
              <w:spacing w:after="20" w:line="240" w:lineRule="auto"/>
              <w:rPr>
                <w:sz w:val="22"/>
              </w:rPr>
            </w:pPr>
            <w:r w:rsidRPr="00727A71">
              <w:rPr>
                <w:sz w:val="18"/>
              </w:rPr>
              <w:t xml:space="preserve">- Zariadenie bytu </w:t>
            </w:r>
          </w:p>
          <w:p w14:paraId="684D5DF3" w14:textId="77777777" w:rsidR="007243BE" w:rsidRPr="00727A71" w:rsidRDefault="00974517" w:rsidP="0062142A">
            <w:pPr>
              <w:spacing w:after="20" w:line="240" w:lineRule="auto"/>
              <w:rPr>
                <w:sz w:val="22"/>
              </w:rPr>
            </w:pPr>
            <w:r w:rsidRPr="00727A71">
              <w:rPr>
                <w:sz w:val="18"/>
              </w:rPr>
              <w:t xml:space="preserve">- Domov a jeho okolie </w:t>
            </w:r>
          </w:p>
          <w:p w14:paraId="7B1A2ADC" w14:textId="77777777" w:rsidR="007243BE" w:rsidRPr="00727A71" w:rsidRDefault="00974517" w:rsidP="0062142A">
            <w:pPr>
              <w:spacing w:after="20" w:line="240" w:lineRule="auto"/>
              <w:rPr>
                <w:sz w:val="22"/>
              </w:rPr>
            </w:pPr>
            <w:r w:rsidRPr="00727A71">
              <w:rPr>
                <w:sz w:val="18"/>
              </w:rPr>
              <w:t xml:space="preserve">- Bývanie v meste a na dedine </w:t>
            </w:r>
          </w:p>
          <w:p w14:paraId="35EB363B" w14:textId="77777777" w:rsidR="007243BE" w:rsidRPr="00727A71" w:rsidRDefault="00974517" w:rsidP="0062142A">
            <w:pPr>
              <w:spacing w:after="20" w:line="240" w:lineRule="auto"/>
              <w:rPr>
                <w:sz w:val="22"/>
              </w:rPr>
            </w:pPr>
            <w:r w:rsidRPr="00727A71">
              <w:rPr>
                <w:sz w:val="18"/>
              </w:rPr>
              <w:t xml:space="preserve">- Spoločnosť a životné </w:t>
            </w:r>
          </w:p>
          <w:p w14:paraId="1B8C3619" w14:textId="77777777" w:rsidR="007243BE" w:rsidRPr="00727A71" w:rsidRDefault="00974517" w:rsidP="0062142A">
            <w:pPr>
              <w:spacing w:after="20" w:line="240" w:lineRule="auto"/>
              <w:rPr>
                <w:sz w:val="22"/>
              </w:rPr>
            </w:pPr>
            <w:r w:rsidRPr="00727A71">
              <w:rPr>
                <w:sz w:val="18"/>
              </w:rPr>
              <w:t xml:space="preserve">prostredie </w:t>
            </w:r>
          </w:p>
          <w:p w14:paraId="6D042D8D" w14:textId="77777777" w:rsidR="007243BE" w:rsidRPr="00727A71" w:rsidRDefault="00974517" w:rsidP="0062142A">
            <w:pPr>
              <w:spacing w:after="20" w:line="240" w:lineRule="auto"/>
              <w:rPr>
                <w:b/>
                <w:bCs/>
                <w:sz w:val="22"/>
              </w:rPr>
            </w:pPr>
            <w:r w:rsidRPr="00727A71">
              <w:rPr>
                <w:sz w:val="18"/>
              </w:rPr>
              <w:t xml:space="preserve">- Spoločnosť a jej životný štýl </w:t>
            </w:r>
          </w:p>
        </w:tc>
        <w:tc>
          <w:tcPr>
            <w:tcW w:w="3240" w:type="dxa"/>
          </w:tcPr>
          <w:p w14:paraId="54547D92" w14:textId="77777777" w:rsidR="007243BE" w:rsidRPr="00727A71" w:rsidRDefault="00974517" w:rsidP="0062142A">
            <w:pPr>
              <w:spacing w:after="20" w:line="240" w:lineRule="auto"/>
              <w:rPr>
                <w:sz w:val="22"/>
              </w:rPr>
            </w:pPr>
            <w:r w:rsidRPr="00727A71">
              <w:rPr>
                <w:bCs/>
                <w:sz w:val="18"/>
              </w:rPr>
              <w:t xml:space="preserve">Môj dom/byt </w:t>
            </w:r>
          </w:p>
          <w:p w14:paraId="486233EA" w14:textId="77777777" w:rsidR="007243BE" w:rsidRPr="00727A71" w:rsidRDefault="00974517" w:rsidP="0062142A">
            <w:pPr>
              <w:spacing w:after="20" w:line="240" w:lineRule="auto"/>
              <w:rPr>
                <w:b/>
                <w:bCs/>
                <w:sz w:val="22"/>
              </w:rPr>
            </w:pPr>
            <w:r w:rsidRPr="00727A71">
              <w:rPr>
                <w:bCs/>
                <w:sz w:val="18"/>
              </w:rPr>
              <w:t xml:space="preserve">Zariadenie bytu </w:t>
            </w:r>
          </w:p>
          <w:p w14:paraId="7A6E64BB" w14:textId="77777777" w:rsidR="007243BE" w:rsidRPr="00727A71" w:rsidRDefault="00974517" w:rsidP="0062142A">
            <w:pPr>
              <w:spacing w:after="20" w:line="240" w:lineRule="auto"/>
              <w:rPr>
                <w:sz w:val="22"/>
              </w:rPr>
            </w:pPr>
            <w:r w:rsidRPr="00727A71">
              <w:rPr>
                <w:sz w:val="18"/>
              </w:rPr>
              <w:t xml:space="preserve">house, flat, building, </w:t>
            </w:r>
          </w:p>
          <w:p w14:paraId="781B5A22" w14:textId="77777777" w:rsidR="007243BE" w:rsidRPr="00727A71" w:rsidRDefault="00974517" w:rsidP="0062142A">
            <w:pPr>
              <w:spacing w:after="20" w:line="240" w:lineRule="auto"/>
              <w:rPr>
                <w:sz w:val="22"/>
              </w:rPr>
            </w:pPr>
            <w:r w:rsidRPr="00727A71">
              <w:rPr>
                <w:sz w:val="18"/>
              </w:rPr>
              <w:t xml:space="preserve">castle, farm, downstairs, upstairs, stairs, floor, room, living room, sitting room, dining room, bathroom, bedroom, kitchen, toilet, hall, door, window, wall, </w:t>
            </w:r>
          </w:p>
          <w:p w14:paraId="4C5DC276" w14:textId="77777777" w:rsidR="007243BE" w:rsidRPr="00727A71" w:rsidRDefault="00974517" w:rsidP="0062142A">
            <w:pPr>
              <w:spacing w:after="20" w:line="240" w:lineRule="auto"/>
              <w:rPr>
                <w:sz w:val="22"/>
              </w:rPr>
            </w:pPr>
            <w:r w:rsidRPr="00727A71">
              <w:rPr>
                <w:sz w:val="18"/>
              </w:rPr>
              <w:t xml:space="preserve">live, stay, build, move, </w:t>
            </w:r>
          </w:p>
          <w:p w14:paraId="43FA094D" w14:textId="77777777" w:rsidR="007243BE" w:rsidRPr="00727A71" w:rsidRDefault="00974517" w:rsidP="0062142A">
            <w:pPr>
              <w:spacing w:after="20" w:line="240" w:lineRule="auto"/>
              <w:rPr>
                <w:b/>
                <w:bCs/>
                <w:sz w:val="22"/>
              </w:rPr>
            </w:pPr>
            <w:r w:rsidRPr="00727A71">
              <w:rPr>
                <w:sz w:val="18"/>
              </w:rPr>
              <w:t xml:space="preserve">paint, repair, table, desk, chair, armchair, bed, wardrobe, cupboard, drawer, light, lamp, carpet, rug, sofa, vase, fridge, cooker, washbasin, bath, picture, shower, mirror, cup, </w:t>
            </w:r>
          </w:p>
        </w:tc>
        <w:tc>
          <w:tcPr>
            <w:tcW w:w="3702" w:type="dxa"/>
          </w:tcPr>
          <w:p w14:paraId="6A43A00B" w14:textId="77777777" w:rsidR="007243BE" w:rsidRPr="00727A71" w:rsidRDefault="00974517" w:rsidP="0062142A">
            <w:pPr>
              <w:spacing w:after="20" w:line="240" w:lineRule="auto"/>
              <w:rPr>
                <w:sz w:val="22"/>
              </w:rPr>
            </w:pPr>
            <w:r w:rsidRPr="00727A71">
              <w:rPr>
                <w:bCs/>
                <w:sz w:val="18"/>
              </w:rPr>
              <w:t xml:space="preserve">Domov a jeho okolie </w:t>
            </w:r>
          </w:p>
          <w:p w14:paraId="3F5FB45E" w14:textId="77777777" w:rsidR="007243BE" w:rsidRPr="00727A71" w:rsidRDefault="00974517" w:rsidP="0062142A">
            <w:pPr>
              <w:spacing w:after="20" w:line="240" w:lineRule="auto"/>
              <w:rPr>
                <w:b/>
                <w:bCs/>
                <w:sz w:val="22"/>
              </w:rPr>
            </w:pPr>
            <w:r w:rsidRPr="00727A71">
              <w:rPr>
                <w:bCs/>
                <w:sz w:val="18"/>
              </w:rPr>
              <w:t>Bývanie v meste a na dedine</w:t>
            </w:r>
          </w:p>
          <w:p w14:paraId="559742FA" w14:textId="77777777" w:rsidR="007243BE" w:rsidRPr="00727A71" w:rsidRDefault="00974517" w:rsidP="0062142A">
            <w:pPr>
              <w:spacing w:after="20" w:line="240" w:lineRule="auto"/>
              <w:rPr>
                <w:sz w:val="22"/>
              </w:rPr>
            </w:pPr>
            <w:r w:rsidRPr="00727A71">
              <w:rPr>
                <w:sz w:val="18"/>
              </w:rPr>
              <w:t xml:space="preserve">block of flats, skyscraper, palace, cottage, hut, storey, ceiling, roof, chimney, gate, </w:t>
            </w:r>
          </w:p>
          <w:p w14:paraId="26F15FF1" w14:textId="77777777" w:rsidR="007243BE" w:rsidRPr="00727A71" w:rsidRDefault="00974517" w:rsidP="0062142A">
            <w:pPr>
              <w:spacing w:after="20" w:line="240" w:lineRule="auto"/>
              <w:rPr>
                <w:sz w:val="22"/>
              </w:rPr>
            </w:pPr>
            <w:r w:rsidRPr="00727A71">
              <w:rPr>
                <w:sz w:val="18"/>
              </w:rPr>
              <w:t xml:space="preserve">lift, study, guest room, </w:t>
            </w:r>
          </w:p>
          <w:p w14:paraId="14FA6257" w14:textId="77777777" w:rsidR="007243BE" w:rsidRPr="00727A71" w:rsidRDefault="00974517" w:rsidP="0062142A">
            <w:pPr>
              <w:spacing w:after="20" w:line="240" w:lineRule="auto"/>
              <w:rPr>
                <w:sz w:val="22"/>
              </w:rPr>
            </w:pPr>
            <w:r w:rsidRPr="00727A71">
              <w:rPr>
                <w:sz w:val="18"/>
              </w:rPr>
              <w:t xml:space="preserve">terrace, balcony </w:t>
            </w:r>
          </w:p>
          <w:p w14:paraId="649B6983" w14:textId="77777777" w:rsidR="007243BE" w:rsidRPr="00727A71" w:rsidRDefault="00974517" w:rsidP="0062142A">
            <w:pPr>
              <w:spacing w:after="20" w:line="240" w:lineRule="auto"/>
              <w:rPr>
                <w:sz w:val="22"/>
              </w:rPr>
            </w:pPr>
            <w:r w:rsidRPr="00727A71">
              <w:rPr>
                <w:sz w:val="18"/>
              </w:rPr>
              <w:t xml:space="preserve">rent, heat, dust, sweep,knock, ring the bell, make the bed, tidy up, cooker, coffee table, settee, stool, plant, curtain, letter box, bookcase, cushion, ashtray </w:t>
            </w:r>
          </w:p>
          <w:p w14:paraId="392BB27D" w14:textId="77777777" w:rsidR="007243BE" w:rsidRPr="00727A71" w:rsidRDefault="00974517" w:rsidP="0062142A">
            <w:pPr>
              <w:spacing w:after="20" w:line="240" w:lineRule="auto"/>
              <w:rPr>
                <w:b/>
                <w:bCs/>
                <w:sz w:val="22"/>
              </w:rPr>
            </w:pPr>
            <w:r w:rsidRPr="00727A71">
              <w:rPr>
                <w:sz w:val="18"/>
              </w:rPr>
              <w:t>housing estate, garden, lawn, fruit tree, bench, garage, playgroud, town, village, coutryside</w:t>
            </w:r>
            <w:r w:rsidRPr="00727A71">
              <w:rPr>
                <w:bCs/>
                <w:sz w:val="18"/>
              </w:rPr>
              <w:t xml:space="preserve"> </w:t>
            </w:r>
          </w:p>
          <w:p w14:paraId="5C6B2E77" w14:textId="77777777" w:rsidR="007243BE" w:rsidRPr="00727A71" w:rsidRDefault="00B15A04" w:rsidP="0062142A">
            <w:pPr>
              <w:spacing w:after="20" w:line="240" w:lineRule="auto"/>
              <w:rPr>
                <w:b/>
                <w:bCs/>
                <w:sz w:val="22"/>
              </w:rPr>
            </w:pPr>
          </w:p>
          <w:p w14:paraId="16E268E5" w14:textId="77777777" w:rsidR="007243BE" w:rsidRPr="00727A71" w:rsidRDefault="00B15A04" w:rsidP="0062142A">
            <w:pPr>
              <w:spacing w:after="20" w:line="240" w:lineRule="auto"/>
              <w:rPr>
                <w:b/>
                <w:bCs/>
                <w:sz w:val="22"/>
              </w:rPr>
            </w:pPr>
          </w:p>
          <w:p w14:paraId="06DECE9E" w14:textId="77777777" w:rsidR="007243BE" w:rsidRPr="00727A71" w:rsidRDefault="00B15A04" w:rsidP="0062142A">
            <w:pPr>
              <w:spacing w:after="20" w:line="240" w:lineRule="auto"/>
              <w:rPr>
                <w:b/>
                <w:bCs/>
                <w:sz w:val="22"/>
              </w:rPr>
            </w:pPr>
          </w:p>
          <w:p w14:paraId="2CA94A6F" w14:textId="77777777" w:rsidR="007243BE" w:rsidRPr="00727A71" w:rsidRDefault="00B15A04" w:rsidP="0062142A">
            <w:pPr>
              <w:spacing w:after="20" w:line="240" w:lineRule="auto"/>
              <w:rPr>
                <w:b/>
                <w:bCs/>
                <w:sz w:val="22"/>
              </w:rPr>
            </w:pPr>
          </w:p>
          <w:p w14:paraId="75993F4A" w14:textId="77777777" w:rsidR="007243BE" w:rsidRPr="00727A71" w:rsidRDefault="00B15A04" w:rsidP="0062142A">
            <w:pPr>
              <w:spacing w:after="20" w:line="240" w:lineRule="auto"/>
              <w:rPr>
                <w:b/>
                <w:bCs/>
                <w:sz w:val="22"/>
              </w:rPr>
            </w:pPr>
          </w:p>
        </w:tc>
      </w:tr>
      <w:tr w:rsidR="007243BE" w:rsidRPr="00727A71" w14:paraId="1652F84C" w14:textId="77777777" w:rsidTr="0062142A">
        <w:trPr>
          <w:cantSplit/>
          <w:jc w:val="center"/>
        </w:trPr>
        <w:tc>
          <w:tcPr>
            <w:tcW w:w="2346" w:type="dxa"/>
          </w:tcPr>
          <w:p w14:paraId="7FC8130B" w14:textId="77777777" w:rsidR="007243BE" w:rsidRPr="00727A71" w:rsidRDefault="00974517" w:rsidP="0062142A">
            <w:pPr>
              <w:spacing w:after="20" w:line="240" w:lineRule="auto"/>
              <w:rPr>
                <w:sz w:val="22"/>
              </w:rPr>
            </w:pPr>
            <w:r w:rsidRPr="00727A71">
              <w:rPr>
                <w:bCs/>
                <w:sz w:val="18"/>
              </w:rPr>
              <w:lastRenderedPageBreak/>
              <w:t xml:space="preserve">3 Ľudské telo, </w:t>
            </w:r>
          </w:p>
          <w:p w14:paraId="398F8E9F" w14:textId="77777777" w:rsidR="007243BE" w:rsidRPr="00727A71" w:rsidRDefault="00974517" w:rsidP="0062142A">
            <w:pPr>
              <w:spacing w:after="20" w:line="240" w:lineRule="auto"/>
              <w:rPr>
                <w:sz w:val="22"/>
              </w:rPr>
            </w:pPr>
            <w:r w:rsidRPr="00727A71">
              <w:rPr>
                <w:bCs/>
                <w:sz w:val="18"/>
              </w:rPr>
              <w:t xml:space="preserve">starostlivosť o zdravie </w:t>
            </w:r>
          </w:p>
          <w:p w14:paraId="535F4CE4" w14:textId="77777777" w:rsidR="007243BE" w:rsidRPr="00727A71" w:rsidRDefault="00974517" w:rsidP="0062142A">
            <w:pPr>
              <w:spacing w:after="20" w:line="240" w:lineRule="auto"/>
              <w:rPr>
                <w:sz w:val="22"/>
              </w:rPr>
            </w:pPr>
            <w:r w:rsidRPr="00727A71">
              <w:rPr>
                <w:sz w:val="18"/>
              </w:rPr>
              <w:t xml:space="preserve">- Ľudské telo </w:t>
            </w:r>
          </w:p>
          <w:p w14:paraId="0A15AC96" w14:textId="77777777" w:rsidR="007243BE" w:rsidRPr="00727A71" w:rsidRDefault="00974517" w:rsidP="0062142A">
            <w:pPr>
              <w:spacing w:after="20" w:line="240" w:lineRule="auto"/>
              <w:rPr>
                <w:sz w:val="22"/>
              </w:rPr>
            </w:pPr>
            <w:r w:rsidRPr="00727A71">
              <w:rPr>
                <w:sz w:val="18"/>
              </w:rPr>
              <w:t xml:space="preserve">- Fyzické charakteristiky </w:t>
            </w:r>
          </w:p>
          <w:p w14:paraId="7C8A9D3A" w14:textId="77777777" w:rsidR="007243BE" w:rsidRPr="00727A71" w:rsidRDefault="00974517" w:rsidP="0062142A">
            <w:pPr>
              <w:spacing w:after="20" w:line="240" w:lineRule="auto"/>
              <w:rPr>
                <w:sz w:val="22"/>
              </w:rPr>
            </w:pPr>
            <w:r w:rsidRPr="00727A71">
              <w:rPr>
                <w:sz w:val="18"/>
              </w:rPr>
              <w:t xml:space="preserve">- Charakterové vlastnosti </w:t>
            </w:r>
          </w:p>
          <w:p w14:paraId="6CBEB6C0" w14:textId="77777777" w:rsidR="007243BE" w:rsidRPr="00727A71" w:rsidRDefault="00974517" w:rsidP="0062142A">
            <w:pPr>
              <w:spacing w:after="20" w:line="240" w:lineRule="auto"/>
              <w:rPr>
                <w:sz w:val="22"/>
              </w:rPr>
            </w:pPr>
            <w:r w:rsidRPr="00727A71">
              <w:rPr>
                <w:sz w:val="18"/>
              </w:rPr>
              <w:t xml:space="preserve">človeka </w:t>
            </w:r>
          </w:p>
          <w:p w14:paraId="6B75C72D" w14:textId="77777777" w:rsidR="007243BE" w:rsidRPr="00727A71" w:rsidRDefault="00974517" w:rsidP="0062142A">
            <w:pPr>
              <w:spacing w:after="20" w:line="240" w:lineRule="auto"/>
              <w:rPr>
                <w:sz w:val="22"/>
              </w:rPr>
            </w:pPr>
            <w:r w:rsidRPr="00727A71">
              <w:rPr>
                <w:sz w:val="18"/>
              </w:rPr>
              <w:t xml:space="preserve">- Choroby a nehody </w:t>
            </w:r>
          </w:p>
          <w:p w14:paraId="20670B0D" w14:textId="77777777" w:rsidR="007243BE" w:rsidRPr="00727A71" w:rsidRDefault="00974517" w:rsidP="0062142A">
            <w:pPr>
              <w:spacing w:after="20" w:line="240" w:lineRule="auto"/>
              <w:rPr>
                <w:sz w:val="22"/>
              </w:rPr>
            </w:pPr>
            <w:r w:rsidRPr="00727A71">
              <w:rPr>
                <w:sz w:val="18"/>
              </w:rPr>
              <w:t xml:space="preserve">- Hygiena a starostlivosť </w:t>
            </w:r>
          </w:p>
          <w:p w14:paraId="2C1FB562" w14:textId="77777777" w:rsidR="007243BE" w:rsidRPr="00727A71" w:rsidRDefault="00974517" w:rsidP="0062142A">
            <w:pPr>
              <w:spacing w:after="20" w:line="240" w:lineRule="auto"/>
              <w:rPr>
                <w:sz w:val="22"/>
              </w:rPr>
            </w:pPr>
            <w:r w:rsidRPr="00727A71">
              <w:rPr>
                <w:sz w:val="18"/>
              </w:rPr>
              <w:t xml:space="preserve">o telo </w:t>
            </w:r>
          </w:p>
          <w:p w14:paraId="577E4B44" w14:textId="77777777" w:rsidR="007243BE" w:rsidRPr="00727A71" w:rsidRDefault="00974517" w:rsidP="0062142A">
            <w:pPr>
              <w:spacing w:after="20" w:line="240" w:lineRule="auto"/>
              <w:rPr>
                <w:sz w:val="22"/>
              </w:rPr>
            </w:pPr>
            <w:r w:rsidRPr="00727A71">
              <w:rPr>
                <w:sz w:val="18"/>
              </w:rPr>
              <w:t xml:space="preserve">- Zdravý spôsob života </w:t>
            </w:r>
          </w:p>
          <w:p w14:paraId="231A414D" w14:textId="77777777" w:rsidR="007243BE" w:rsidRPr="00727A71" w:rsidRDefault="00974517" w:rsidP="0062142A">
            <w:pPr>
              <w:spacing w:after="20" w:line="240" w:lineRule="auto"/>
              <w:rPr>
                <w:b/>
                <w:bCs/>
                <w:sz w:val="22"/>
              </w:rPr>
            </w:pPr>
            <w:r w:rsidRPr="00727A71">
              <w:rPr>
                <w:sz w:val="18"/>
              </w:rPr>
              <w:t xml:space="preserve">- Nemocnica </w:t>
            </w:r>
          </w:p>
        </w:tc>
        <w:tc>
          <w:tcPr>
            <w:tcW w:w="3240" w:type="dxa"/>
          </w:tcPr>
          <w:p w14:paraId="4147F965" w14:textId="77777777" w:rsidR="007243BE" w:rsidRPr="00727A71" w:rsidRDefault="00974517" w:rsidP="0062142A">
            <w:pPr>
              <w:spacing w:after="20" w:line="240" w:lineRule="auto"/>
              <w:rPr>
                <w:sz w:val="22"/>
              </w:rPr>
            </w:pPr>
            <w:r w:rsidRPr="00727A71">
              <w:rPr>
                <w:bCs/>
                <w:sz w:val="18"/>
              </w:rPr>
              <w:t xml:space="preserve">Ľudské telo </w:t>
            </w:r>
          </w:p>
          <w:p w14:paraId="01376A0B" w14:textId="77777777" w:rsidR="007243BE" w:rsidRPr="00727A71" w:rsidRDefault="00974517" w:rsidP="0062142A">
            <w:pPr>
              <w:spacing w:after="20" w:line="240" w:lineRule="auto"/>
              <w:rPr>
                <w:b/>
                <w:bCs/>
                <w:sz w:val="22"/>
              </w:rPr>
            </w:pPr>
            <w:r w:rsidRPr="00727A71">
              <w:rPr>
                <w:bCs/>
                <w:sz w:val="18"/>
              </w:rPr>
              <w:t xml:space="preserve">Fyzické charakteristiky </w:t>
            </w:r>
          </w:p>
          <w:p w14:paraId="45EBCD03" w14:textId="77777777" w:rsidR="007243BE" w:rsidRPr="00727A71" w:rsidRDefault="00B15A04" w:rsidP="0062142A">
            <w:pPr>
              <w:spacing w:after="20" w:line="240" w:lineRule="auto"/>
              <w:rPr>
                <w:b/>
                <w:bCs/>
                <w:sz w:val="22"/>
              </w:rPr>
            </w:pPr>
          </w:p>
          <w:p w14:paraId="0224BB98" w14:textId="77777777" w:rsidR="007243BE" w:rsidRPr="00727A71" w:rsidRDefault="00974517" w:rsidP="0062142A">
            <w:pPr>
              <w:spacing w:after="20" w:line="240" w:lineRule="auto"/>
              <w:rPr>
                <w:sz w:val="22"/>
              </w:rPr>
            </w:pPr>
            <w:r w:rsidRPr="00727A71">
              <w:rPr>
                <w:sz w:val="18"/>
              </w:rPr>
              <w:t xml:space="preserve">head- face, nose, eyes, ears, mouth, lips, tooth/ teeth </w:t>
            </w:r>
          </w:p>
          <w:p w14:paraId="563D6A71" w14:textId="77777777" w:rsidR="007243BE" w:rsidRPr="00727A71" w:rsidRDefault="00974517" w:rsidP="0062142A">
            <w:pPr>
              <w:spacing w:after="20" w:line="240" w:lineRule="auto"/>
              <w:rPr>
                <w:sz w:val="22"/>
              </w:rPr>
            </w:pPr>
            <w:r w:rsidRPr="00727A71">
              <w:rPr>
                <w:sz w:val="18"/>
              </w:rPr>
              <w:t xml:space="preserve">body- neck, throat, back, stomach... arms, hands, wrist,fingers, shoulder, elbow, legs, knee, foot/ feet, ankle, thumb </w:t>
            </w:r>
          </w:p>
          <w:p w14:paraId="0D29620C" w14:textId="77777777" w:rsidR="007243BE" w:rsidRPr="00727A71" w:rsidRDefault="00974517" w:rsidP="0062142A">
            <w:pPr>
              <w:spacing w:after="20" w:line="240" w:lineRule="auto"/>
              <w:rPr>
                <w:sz w:val="22"/>
              </w:rPr>
            </w:pPr>
            <w:r w:rsidRPr="00727A71">
              <w:rPr>
                <w:sz w:val="18"/>
              </w:rPr>
              <w:t xml:space="preserve">heart, lungs What´s the matter with you? </w:t>
            </w:r>
          </w:p>
          <w:p w14:paraId="07A32D8C" w14:textId="77777777" w:rsidR="007243BE" w:rsidRPr="00727A71" w:rsidRDefault="00974517" w:rsidP="0062142A">
            <w:pPr>
              <w:spacing w:after="20" w:line="240" w:lineRule="auto"/>
              <w:rPr>
                <w:sz w:val="22"/>
              </w:rPr>
            </w:pPr>
            <w:r w:rsidRPr="00727A71">
              <w:rPr>
                <w:sz w:val="18"/>
              </w:rPr>
              <w:t xml:space="preserve">I have got /a / an / - ache, pain, temperature, cough, sore throat, cold, back ache, </w:t>
            </w:r>
          </w:p>
          <w:p w14:paraId="1A16F667" w14:textId="77777777" w:rsidR="007243BE" w:rsidRPr="00727A71" w:rsidRDefault="00974517" w:rsidP="0062142A">
            <w:pPr>
              <w:spacing w:after="20" w:line="240" w:lineRule="auto"/>
              <w:rPr>
                <w:sz w:val="22"/>
              </w:rPr>
            </w:pPr>
            <w:r w:rsidRPr="00727A71">
              <w:rPr>
                <w:sz w:val="18"/>
              </w:rPr>
              <w:t xml:space="preserve">I am – fit, tired, cold... </w:t>
            </w:r>
          </w:p>
          <w:p w14:paraId="7DF79D23" w14:textId="77777777" w:rsidR="007243BE" w:rsidRPr="00727A71" w:rsidRDefault="00974517" w:rsidP="0062142A">
            <w:pPr>
              <w:spacing w:after="20" w:line="240" w:lineRule="auto"/>
              <w:rPr>
                <w:sz w:val="22"/>
              </w:rPr>
            </w:pPr>
            <w:r w:rsidRPr="00727A71">
              <w:rPr>
                <w:sz w:val="18"/>
              </w:rPr>
              <w:t xml:space="preserve">doctor, nurse, patient, dentist, pills, What does s/he look like? </w:t>
            </w:r>
          </w:p>
          <w:p w14:paraId="1F54521C" w14:textId="77777777" w:rsidR="007243BE" w:rsidRPr="00727A71" w:rsidRDefault="00974517" w:rsidP="0062142A">
            <w:pPr>
              <w:spacing w:after="20" w:line="240" w:lineRule="auto"/>
              <w:rPr>
                <w:sz w:val="22"/>
              </w:rPr>
            </w:pPr>
            <w:r w:rsidRPr="00727A71">
              <w:rPr>
                <w:sz w:val="18"/>
              </w:rPr>
              <w:t xml:space="preserve">tall, short, young, old, </w:t>
            </w:r>
          </w:p>
          <w:p w14:paraId="00DEC289" w14:textId="77777777" w:rsidR="007243BE" w:rsidRPr="00727A71" w:rsidRDefault="00974517" w:rsidP="0062142A">
            <w:pPr>
              <w:spacing w:after="20" w:line="240" w:lineRule="auto"/>
              <w:rPr>
                <w:b/>
                <w:bCs/>
                <w:sz w:val="22"/>
              </w:rPr>
            </w:pPr>
            <w:r w:rsidRPr="00727A71">
              <w:rPr>
                <w:sz w:val="18"/>
              </w:rPr>
              <w:t xml:space="preserve">hair – long, short, wavy, curly, straight </w:t>
            </w:r>
          </w:p>
        </w:tc>
        <w:tc>
          <w:tcPr>
            <w:tcW w:w="3702" w:type="dxa"/>
          </w:tcPr>
          <w:p w14:paraId="7CD9A462" w14:textId="77777777" w:rsidR="007243BE" w:rsidRPr="00727A71" w:rsidRDefault="00974517" w:rsidP="0062142A">
            <w:pPr>
              <w:spacing w:after="20" w:line="240" w:lineRule="auto"/>
              <w:rPr>
                <w:sz w:val="22"/>
              </w:rPr>
            </w:pPr>
            <w:r w:rsidRPr="00727A71">
              <w:rPr>
                <w:bCs/>
                <w:sz w:val="18"/>
              </w:rPr>
              <w:t xml:space="preserve">Charakterové vlastnosti človeka </w:t>
            </w:r>
          </w:p>
          <w:p w14:paraId="448440A8" w14:textId="77777777" w:rsidR="007243BE" w:rsidRPr="00727A71" w:rsidRDefault="00974517" w:rsidP="0062142A">
            <w:pPr>
              <w:spacing w:after="20" w:line="240" w:lineRule="auto"/>
              <w:rPr>
                <w:b/>
                <w:bCs/>
                <w:sz w:val="22"/>
              </w:rPr>
            </w:pPr>
            <w:r w:rsidRPr="00727A71">
              <w:rPr>
                <w:bCs/>
                <w:sz w:val="18"/>
              </w:rPr>
              <w:t>Choroby a nehody</w:t>
            </w:r>
          </w:p>
          <w:p w14:paraId="20B1588E" w14:textId="77777777" w:rsidR="007243BE" w:rsidRPr="00727A71" w:rsidRDefault="00B15A04" w:rsidP="0062142A">
            <w:pPr>
              <w:spacing w:after="20" w:line="240" w:lineRule="auto"/>
              <w:rPr>
                <w:b/>
                <w:bCs/>
                <w:sz w:val="22"/>
              </w:rPr>
            </w:pPr>
          </w:p>
          <w:p w14:paraId="4E9F0C29" w14:textId="77777777" w:rsidR="007243BE" w:rsidRPr="00727A71" w:rsidRDefault="00974517" w:rsidP="0062142A">
            <w:pPr>
              <w:spacing w:after="20" w:line="240" w:lineRule="auto"/>
              <w:rPr>
                <w:sz w:val="22"/>
              </w:rPr>
            </w:pPr>
            <w:r w:rsidRPr="00727A71">
              <w:rPr>
                <w:sz w:val="18"/>
              </w:rPr>
              <w:t xml:space="preserve">jaw, hip, armpit, navel, forearm, knucke, fist, calf, thigh, heel, toe, shin, bone, skeleton, brain </w:t>
            </w:r>
          </w:p>
          <w:p w14:paraId="46A27329" w14:textId="77777777" w:rsidR="007243BE" w:rsidRPr="00727A71" w:rsidRDefault="00974517" w:rsidP="0062142A">
            <w:pPr>
              <w:spacing w:after="20" w:line="240" w:lineRule="auto"/>
              <w:rPr>
                <w:sz w:val="22"/>
              </w:rPr>
            </w:pPr>
            <w:r w:rsidRPr="00727A71">
              <w:rPr>
                <w:sz w:val="18"/>
              </w:rPr>
              <w:t xml:space="preserve">cheek, chin, eyebrow, </w:t>
            </w:r>
          </w:p>
          <w:p w14:paraId="6128C5CF" w14:textId="77777777" w:rsidR="007243BE" w:rsidRPr="00727A71" w:rsidRDefault="00974517" w:rsidP="0062142A">
            <w:pPr>
              <w:spacing w:after="20" w:line="240" w:lineRule="auto"/>
              <w:rPr>
                <w:sz w:val="22"/>
              </w:rPr>
            </w:pPr>
            <w:r w:rsidRPr="00727A71">
              <w:rPr>
                <w:sz w:val="18"/>
              </w:rPr>
              <w:t xml:space="preserve">limbs, palm, beard, moustache, mole, frecles, medium/ thin, plump, well- built, </w:t>
            </w:r>
          </w:p>
          <w:p w14:paraId="74396ED6" w14:textId="77777777" w:rsidR="007243BE" w:rsidRPr="00727A71" w:rsidRDefault="00974517" w:rsidP="0062142A">
            <w:pPr>
              <w:spacing w:after="20" w:line="240" w:lineRule="auto"/>
              <w:rPr>
                <w:sz w:val="22"/>
              </w:rPr>
            </w:pPr>
            <w:r w:rsidRPr="00727A71">
              <w:rPr>
                <w:sz w:val="18"/>
              </w:rPr>
              <w:t xml:space="preserve">bunches, slides, ribbon, ponytail, to have st. in common, What is s/he like? </w:t>
            </w:r>
          </w:p>
          <w:p w14:paraId="5A5E035F" w14:textId="77777777" w:rsidR="007243BE" w:rsidRPr="00727A71" w:rsidRDefault="00974517" w:rsidP="0062142A">
            <w:pPr>
              <w:spacing w:after="20" w:line="240" w:lineRule="auto"/>
              <w:rPr>
                <w:sz w:val="22"/>
              </w:rPr>
            </w:pPr>
            <w:r w:rsidRPr="00727A71">
              <w:rPr>
                <w:sz w:val="18"/>
              </w:rPr>
              <w:t xml:space="preserve">adjectives – intelligent, bright, patient, ambitious, nosy, obstinate, mean, stiff neck, runny nose, burn, </w:t>
            </w:r>
          </w:p>
          <w:p w14:paraId="63B4489F" w14:textId="77777777" w:rsidR="007243BE" w:rsidRPr="00727A71" w:rsidRDefault="00974517" w:rsidP="0062142A">
            <w:pPr>
              <w:spacing w:after="20" w:line="240" w:lineRule="auto"/>
              <w:rPr>
                <w:b/>
                <w:bCs/>
                <w:sz w:val="22"/>
              </w:rPr>
            </w:pPr>
            <w:r w:rsidRPr="00727A71">
              <w:rPr>
                <w:sz w:val="18"/>
              </w:rPr>
              <w:t>wound, sore, bruise, break, fracture, injured, frostbite, sprain, scratch, first aid- kit, injection, operation, doctor, accident, pharmacy, prescription, take medicine, I have a cold,I feel dizzy, I am depressed</w:t>
            </w:r>
          </w:p>
        </w:tc>
      </w:tr>
      <w:tr w:rsidR="007243BE" w:rsidRPr="00727A71" w14:paraId="7807F40F" w14:textId="77777777" w:rsidTr="0062142A">
        <w:trPr>
          <w:cantSplit/>
          <w:jc w:val="center"/>
        </w:trPr>
        <w:tc>
          <w:tcPr>
            <w:tcW w:w="2346" w:type="dxa"/>
          </w:tcPr>
          <w:p w14:paraId="080C2ABE" w14:textId="77777777" w:rsidR="007243BE" w:rsidRPr="00727A71" w:rsidRDefault="00974517" w:rsidP="0062142A">
            <w:pPr>
              <w:spacing w:after="20" w:line="240" w:lineRule="auto"/>
              <w:rPr>
                <w:sz w:val="22"/>
              </w:rPr>
            </w:pPr>
            <w:r w:rsidRPr="00727A71">
              <w:rPr>
                <w:bCs/>
                <w:sz w:val="18"/>
              </w:rPr>
              <w:t xml:space="preserve">4 Doprava a cestovanie </w:t>
            </w:r>
          </w:p>
          <w:p w14:paraId="55D0782A" w14:textId="77777777" w:rsidR="007243BE" w:rsidRPr="00727A71" w:rsidRDefault="00974517" w:rsidP="0062142A">
            <w:pPr>
              <w:spacing w:after="20" w:line="240" w:lineRule="auto"/>
              <w:rPr>
                <w:sz w:val="22"/>
              </w:rPr>
            </w:pPr>
            <w:r w:rsidRPr="00727A71">
              <w:rPr>
                <w:sz w:val="18"/>
              </w:rPr>
              <w:t xml:space="preserve">- Dopravné prostriedky </w:t>
            </w:r>
          </w:p>
          <w:p w14:paraId="399EC57D" w14:textId="77777777" w:rsidR="007243BE" w:rsidRPr="00727A71" w:rsidRDefault="00974517" w:rsidP="0062142A">
            <w:pPr>
              <w:spacing w:after="20" w:line="240" w:lineRule="auto"/>
              <w:rPr>
                <w:sz w:val="22"/>
              </w:rPr>
            </w:pPr>
            <w:r w:rsidRPr="00727A71">
              <w:rPr>
                <w:sz w:val="18"/>
              </w:rPr>
              <w:t xml:space="preserve">- Osobná doprava </w:t>
            </w:r>
          </w:p>
          <w:p w14:paraId="1B0B2B46" w14:textId="77777777" w:rsidR="007243BE" w:rsidRPr="00727A71" w:rsidRDefault="00974517" w:rsidP="0062142A">
            <w:pPr>
              <w:spacing w:after="20" w:line="240" w:lineRule="auto"/>
              <w:rPr>
                <w:sz w:val="22"/>
              </w:rPr>
            </w:pPr>
            <w:r w:rsidRPr="00727A71">
              <w:rPr>
                <w:sz w:val="18"/>
              </w:rPr>
              <w:t xml:space="preserve">- Príprava na cestu a </w:t>
            </w:r>
          </w:p>
          <w:p w14:paraId="1687CE43" w14:textId="77777777" w:rsidR="007243BE" w:rsidRPr="00727A71" w:rsidRDefault="00974517" w:rsidP="0062142A">
            <w:pPr>
              <w:spacing w:after="20" w:line="240" w:lineRule="auto"/>
              <w:rPr>
                <w:sz w:val="22"/>
              </w:rPr>
            </w:pPr>
            <w:r w:rsidRPr="00727A71">
              <w:rPr>
                <w:sz w:val="18"/>
              </w:rPr>
              <w:t xml:space="preserve">cestovanie </w:t>
            </w:r>
          </w:p>
          <w:p w14:paraId="73008BCC" w14:textId="77777777" w:rsidR="007243BE" w:rsidRPr="00727A71" w:rsidRDefault="00974517" w:rsidP="0062142A">
            <w:pPr>
              <w:spacing w:after="20" w:line="240" w:lineRule="auto"/>
              <w:rPr>
                <w:sz w:val="22"/>
              </w:rPr>
            </w:pPr>
            <w:r w:rsidRPr="00727A71">
              <w:rPr>
                <w:sz w:val="18"/>
              </w:rPr>
              <w:t xml:space="preserve">- Turistika a cestovný ruch </w:t>
            </w:r>
          </w:p>
          <w:p w14:paraId="76FFF86F" w14:textId="77777777" w:rsidR="007243BE" w:rsidRPr="00727A71" w:rsidRDefault="00974517" w:rsidP="0062142A">
            <w:pPr>
              <w:spacing w:after="20" w:line="240" w:lineRule="auto"/>
              <w:rPr>
                <w:sz w:val="22"/>
              </w:rPr>
            </w:pPr>
            <w:r w:rsidRPr="00727A71">
              <w:rPr>
                <w:sz w:val="18"/>
              </w:rPr>
              <w:t xml:space="preserve">- Problémy cestných, želez- </w:t>
            </w:r>
          </w:p>
          <w:p w14:paraId="54EAA6BF" w14:textId="77777777" w:rsidR="007243BE" w:rsidRPr="00727A71" w:rsidRDefault="00974517" w:rsidP="0062142A">
            <w:pPr>
              <w:spacing w:after="20" w:line="240" w:lineRule="auto"/>
              <w:rPr>
                <w:b/>
                <w:bCs/>
                <w:sz w:val="22"/>
              </w:rPr>
            </w:pPr>
            <w:r w:rsidRPr="00727A71">
              <w:rPr>
                <w:sz w:val="18"/>
              </w:rPr>
              <w:t>ničných a leteckých sietí</w:t>
            </w:r>
          </w:p>
        </w:tc>
        <w:tc>
          <w:tcPr>
            <w:tcW w:w="3240" w:type="dxa"/>
          </w:tcPr>
          <w:p w14:paraId="490BC0EE" w14:textId="77777777" w:rsidR="007243BE" w:rsidRPr="00727A71" w:rsidRDefault="00974517" w:rsidP="0062142A">
            <w:pPr>
              <w:spacing w:after="20" w:line="240" w:lineRule="auto"/>
              <w:rPr>
                <w:sz w:val="22"/>
              </w:rPr>
            </w:pPr>
            <w:r w:rsidRPr="00727A71">
              <w:rPr>
                <w:bCs/>
                <w:sz w:val="18"/>
              </w:rPr>
              <w:t xml:space="preserve">Dopravné prostriedky </w:t>
            </w:r>
          </w:p>
          <w:p w14:paraId="62F5589B" w14:textId="77777777" w:rsidR="007243BE" w:rsidRPr="00727A71" w:rsidRDefault="00974517" w:rsidP="0062142A">
            <w:pPr>
              <w:spacing w:after="20" w:line="240" w:lineRule="auto"/>
              <w:rPr>
                <w:sz w:val="22"/>
              </w:rPr>
            </w:pPr>
            <w:r w:rsidRPr="00727A71">
              <w:rPr>
                <w:sz w:val="18"/>
              </w:rPr>
              <w:t xml:space="preserve">car, bus, ship, boat, plane, rocket, bike, taxi, train, helicopter </w:t>
            </w:r>
          </w:p>
          <w:p w14:paraId="79550C98" w14:textId="77777777" w:rsidR="007243BE" w:rsidRPr="00727A71" w:rsidRDefault="00974517" w:rsidP="0062142A">
            <w:pPr>
              <w:spacing w:after="20" w:line="240" w:lineRule="auto"/>
              <w:rPr>
                <w:b/>
                <w:bCs/>
                <w:sz w:val="22"/>
              </w:rPr>
            </w:pPr>
            <w:r w:rsidRPr="00727A71">
              <w:rPr>
                <w:sz w:val="18"/>
              </w:rPr>
              <w:t>go by car, take a taxi, arrive, leave, fly, drive, ride</w:t>
            </w:r>
          </w:p>
        </w:tc>
        <w:tc>
          <w:tcPr>
            <w:tcW w:w="3702" w:type="dxa"/>
          </w:tcPr>
          <w:p w14:paraId="4ED11EB3" w14:textId="77777777" w:rsidR="007243BE" w:rsidRPr="00727A71" w:rsidRDefault="00974517" w:rsidP="0062142A">
            <w:pPr>
              <w:spacing w:after="20" w:line="240" w:lineRule="auto"/>
              <w:rPr>
                <w:sz w:val="22"/>
              </w:rPr>
            </w:pPr>
            <w:r w:rsidRPr="00727A71">
              <w:rPr>
                <w:bCs/>
                <w:sz w:val="18"/>
              </w:rPr>
              <w:t xml:space="preserve">Osobná doprava </w:t>
            </w:r>
          </w:p>
          <w:p w14:paraId="4793A00E" w14:textId="77777777" w:rsidR="007243BE" w:rsidRPr="00727A71" w:rsidRDefault="00974517" w:rsidP="0062142A">
            <w:pPr>
              <w:spacing w:after="20" w:line="240" w:lineRule="auto"/>
              <w:rPr>
                <w:b/>
                <w:bCs/>
                <w:sz w:val="22"/>
              </w:rPr>
            </w:pPr>
            <w:r w:rsidRPr="00727A71">
              <w:rPr>
                <w:bCs/>
                <w:sz w:val="18"/>
              </w:rPr>
              <w:t xml:space="preserve">Príprava na cestu a cestovanie </w:t>
            </w:r>
          </w:p>
          <w:p w14:paraId="05700990" w14:textId="77777777" w:rsidR="007243BE" w:rsidRPr="00727A71" w:rsidRDefault="00974517" w:rsidP="0062142A">
            <w:pPr>
              <w:spacing w:after="20" w:line="240" w:lineRule="auto"/>
              <w:rPr>
                <w:sz w:val="22"/>
              </w:rPr>
            </w:pPr>
            <w:r w:rsidRPr="00727A71">
              <w:rPr>
                <w:sz w:val="18"/>
              </w:rPr>
              <w:t xml:space="preserve">spaceship, ferry, liner, underground, motorcycle, speedboat, van, lorry, ambulance, racing car, carriage, jeep, limousine, estate car, off-road, </w:t>
            </w:r>
          </w:p>
          <w:p w14:paraId="362B8FF0" w14:textId="77777777" w:rsidR="007243BE" w:rsidRPr="00727A71" w:rsidRDefault="00974517" w:rsidP="0062142A">
            <w:pPr>
              <w:spacing w:after="20" w:line="240" w:lineRule="auto"/>
              <w:rPr>
                <w:sz w:val="22"/>
              </w:rPr>
            </w:pPr>
            <w:r w:rsidRPr="00727A71">
              <w:rPr>
                <w:sz w:val="18"/>
              </w:rPr>
              <w:t xml:space="preserve">get on/in/off/out, sail get seasick, catch, miss, go on, zebra crossing, motorway, pavement, ticket inspector, bus stop, railway station, airport, platform, waiting room, loudspeaker, tunnel, fare, driving licence, traffic lights, crossroad, bus stop/station, airport, port, abroad, mechanic, garage, petrol station, departure, arrival, taxi rank, timetable, travel agency, </w:t>
            </w:r>
          </w:p>
          <w:p w14:paraId="403DADA0" w14:textId="77777777" w:rsidR="007243BE" w:rsidRPr="00727A71" w:rsidRDefault="00974517" w:rsidP="0062142A">
            <w:pPr>
              <w:spacing w:after="20" w:line="240" w:lineRule="auto"/>
              <w:rPr>
                <w:sz w:val="22"/>
              </w:rPr>
            </w:pPr>
            <w:r w:rsidRPr="00727A71">
              <w:rPr>
                <w:sz w:val="18"/>
              </w:rPr>
              <w:t xml:space="preserve">book a holiday, full/half board, stewardess, </w:t>
            </w:r>
          </w:p>
          <w:p w14:paraId="193A98E3" w14:textId="77777777" w:rsidR="007243BE" w:rsidRPr="00727A71" w:rsidRDefault="00974517" w:rsidP="0062142A">
            <w:pPr>
              <w:spacing w:after="20" w:line="240" w:lineRule="auto"/>
              <w:rPr>
                <w:b/>
                <w:bCs/>
                <w:sz w:val="22"/>
              </w:rPr>
            </w:pPr>
            <w:r w:rsidRPr="00727A71">
              <w:rPr>
                <w:sz w:val="18"/>
              </w:rPr>
              <w:t>change, disembark, take off, board, hire/rent, check a passport, single/return ticket, trip, journey, customs, package holiday, sightseeing, valid passport, travel guide, guide book, map, souvenir, travel agency, tourist, traveller, visitor, stay in, spend, get lost</w:t>
            </w:r>
          </w:p>
        </w:tc>
      </w:tr>
      <w:tr w:rsidR="007243BE" w:rsidRPr="00727A71" w14:paraId="39CDD8A3" w14:textId="77777777" w:rsidTr="0062142A">
        <w:trPr>
          <w:cantSplit/>
          <w:jc w:val="center"/>
        </w:trPr>
        <w:tc>
          <w:tcPr>
            <w:tcW w:w="2346" w:type="dxa"/>
          </w:tcPr>
          <w:p w14:paraId="642ADB1C" w14:textId="77777777" w:rsidR="007243BE" w:rsidRPr="00727A71" w:rsidRDefault="00B15A04" w:rsidP="0062142A">
            <w:pPr>
              <w:spacing w:after="20" w:line="240" w:lineRule="auto"/>
              <w:rPr>
                <w:b/>
                <w:bCs/>
                <w:sz w:val="22"/>
              </w:rPr>
            </w:pPr>
          </w:p>
        </w:tc>
        <w:tc>
          <w:tcPr>
            <w:tcW w:w="3240" w:type="dxa"/>
          </w:tcPr>
          <w:p w14:paraId="5B249E28" w14:textId="77777777" w:rsidR="007243BE" w:rsidRPr="00727A71" w:rsidRDefault="00B15A04" w:rsidP="0062142A">
            <w:pPr>
              <w:spacing w:after="20" w:line="240" w:lineRule="auto"/>
              <w:rPr>
                <w:b/>
                <w:bCs/>
                <w:sz w:val="22"/>
              </w:rPr>
            </w:pPr>
          </w:p>
        </w:tc>
        <w:tc>
          <w:tcPr>
            <w:tcW w:w="3702" w:type="dxa"/>
          </w:tcPr>
          <w:p w14:paraId="26D44E55" w14:textId="77777777" w:rsidR="007243BE" w:rsidRPr="00727A71" w:rsidRDefault="00B15A04" w:rsidP="0062142A">
            <w:pPr>
              <w:spacing w:after="20" w:line="240" w:lineRule="auto"/>
              <w:rPr>
                <w:b/>
                <w:bCs/>
                <w:sz w:val="22"/>
              </w:rPr>
            </w:pPr>
          </w:p>
        </w:tc>
      </w:tr>
      <w:tr w:rsidR="007243BE" w:rsidRPr="00727A71" w14:paraId="2222E6F5" w14:textId="77777777" w:rsidTr="0062142A">
        <w:trPr>
          <w:cantSplit/>
          <w:jc w:val="center"/>
        </w:trPr>
        <w:tc>
          <w:tcPr>
            <w:tcW w:w="2346" w:type="dxa"/>
            <w:tcBorders>
              <w:top w:val="single" w:sz="4" w:space="0" w:color="auto"/>
              <w:left w:val="single" w:sz="4" w:space="0" w:color="auto"/>
              <w:bottom w:val="single" w:sz="4" w:space="0" w:color="auto"/>
              <w:right w:val="single" w:sz="4" w:space="0" w:color="auto"/>
            </w:tcBorders>
          </w:tcPr>
          <w:p w14:paraId="28FCC32D" w14:textId="77777777" w:rsidR="007243BE" w:rsidRPr="00112D37" w:rsidRDefault="00974517" w:rsidP="0062142A">
            <w:pPr>
              <w:spacing w:after="20" w:line="240" w:lineRule="auto"/>
              <w:rPr>
                <w:b/>
                <w:bCs/>
                <w:sz w:val="22"/>
              </w:rPr>
            </w:pPr>
            <w:r w:rsidRPr="00727A71">
              <w:rPr>
                <w:bCs/>
                <w:sz w:val="18"/>
              </w:rPr>
              <w:t xml:space="preserve">5 Vzdelávanie a práca </w:t>
            </w:r>
          </w:p>
          <w:p w14:paraId="03D866A6" w14:textId="77777777" w:rsidR="007243BE" w:rsidRPr="00112D37" w:rsidRDefault="00974517" w:rsidP="0062142A">
            <w:pPr>
              <w:spacing w:after="20" w:line="240" w:lineRule="auto"/>
              <w:rPr>
                <w:b/>
                <w:bCs/>
                <w:sz w:val="22"/>
              </w:rPr>
            </w:pPr>
            <w:r w:rsidRPr="00112D37">
              <w:rPr>
                <w:bCs/>
                <w:sz w:val="18"/>
              </w:rPr>
              <w:t xml:space="preserve">- Škola a jej zariadenie </w:t>
            </w:r>
          </w:p>
          <w:p w14:paraId="1FE6A4DB" w14:textId="77777777" w:rsidR="007243BE" w:rsidRPr="00112D37" w:rsidRDefault="00974517" w:rsidP="0062142A">
            <w:pPr>
              <w:spacing w:after="20" w:line="240" w:lineRule="auto"/>
              <w:rPr>
                <w:b/>
                <w:bCs/>
                <w:sz w:val="22"/>
              </w:rPr>
            </w:pPr>
            <w:r w:rsidRPr="00112D37">
              <w:rPr>
                <w:bCs/>
                <w:sz w:val="18"/>
              </w:rPr>
              <w:t xml:space="preserve">- Učebné predmety </w:t>
            </w:r>
          </w:p>
          <w:p w14:paraId="6E4F2206" w14:textId="77777777" w:rsidR="007243BE" w:rsidRPr="00112D37" w:rsidRDefault="00974517" w:rsidP="0062142A">
            <w:pPr>
              <w:spacing w:after="20" w:line="240" w:lineRule="auto"/>
              <w:rPr>
                <w:b/>
                <w:bCs/>
                <w:sz w:val="22"/>
              </w:rPr>
            </w:pPr>
            <w:r w:rsidRPr="00112D37">
              <w:rPr>
                <w:bCs/>
                <w:sz w:val="18"/>
              </w:rPr>
              <w:t xml:space="preserve">- Pracovné činnosti a profesie </w:t>
            </w:r>
          </w:p>
          <w:p w14:paraId="6CD9306B" w14:textId="77777777" w:rsidR="007243BE" w:rsidRPr="00112D37" w:rsidRDefault="00974517" w:rsidP="0062142A">
            <w:pPr>
              <w:spacing w:after="20" w:line="240" w:lineRule="auto"/>
              <w:rPr>
                <w:b/>
                <w:bCs/>
                <w:sz w:val="22"/>
              </w:rPr>
            </w:pPr>
            <w:r w:rsidRPr="00112D37">
              <w:rPr>
                <w:bCs/>
                <w:sz w:val="18"/>
              </w:rPr>
              <w:t xml:space="preserve">- Školský systém </w:t>
            </w:r>
          </w:p>
          <w:p w14:paraId="63237CF8" w14:textId="77777777" w:rsidR="007243BE" w:rsidRPr="00112D37" w:rsidRDefault="00974517" w:rsidP="0062142A">
            <w:pPr>
              <w:spacing w:after="20" w:line="240" w:lineRule="auto"/>
              <w:rPr>
                <w:b/>
                <w:bCs/>
                <w:sz w:val="22"/>
              </w:rPr>
            </w:pPr>
            <w:r w:rsidRPr="00112D37">
              <w:rPr>
                <w:bCs/>
                <w:sz w:val="18"/>
              </w:rPr>
              <w:t xml:space="preserve">- Celoživotné vzdelávanie </w:t>
            </w:r>
          </w:p>
          <w:p w14:paraId="637E18EC" w14:textId="77777777" w:rsidR="007243BE" w:rsidRPr="00727A71" w:rsidRDefault="00974517" w:rsidP="0062142A">
            <w:pPr>
              <w:spacing w:after="20" w:line="240" w:lineRule="auto"/>
              <w:rPr>
                <w:b/>
                <w:bCs/>
                <w:sz w:val="22"/>
              </w:rPr>
            </w:pPr>
            <w:r w:rsidRPr="00112D37">
              <w:rPr>
                <w:bCs/>
                <w:sz w:val="18"/>
              </w:rPr>
              <w:t xml:space="preserve">- Pracovné podmienky </w:t>
            </w:r>
          </w:p>
        </w:tc>
        <w:tc>
          <w:tcPr>
            <w:tcW w:w="3240" w:type="dxa"/>
            <w:tcBorders>
              <w:top w:val="single" w:sz="4" w:space="0" w:color="auto"/>
              <w:left w:val="single" w:sz="4" w:space="0" w:color="auto"/>
              <w:bottom w:val="single" w:sz="4" w:space="0" w:color="auto"/>
              <w:right w:val="single" w:sz="4" w:space="0" w:color="auto"/>
            </w:tcBorders>
          </w:tcPr>
          <w:p w14:paraId="778F05F9" w14:textId="77777777" w:rsidR="007243BE" w:rsidRPr="00112D37" w:rsidRDefault="00974517" w:rsidP="0062142A">
            <w:pPr>
              <w:spacing w:after="20" w:line="240" w:lineRule="auto"/>
              <w:rPr>
                <w:b/>
                <w:bCs/>
                <w:sz w:val="22"/>
              </w:rPr>
            </w:pPr>
            <w:r w:rsidRPr="00727A71">
              <w:rPr>
                <w:bCs/>
                <w:sz w:val="18"/>
              </w:rPr>
              <w:t xml:space="preserve">Škola a jej zariadenie </w:t>
            </w:r>
          </w:p>
          <w:p w14:paraId="44E52568" w14:textId="77777777" w:rsidR="007243BE" w:rsidRPr="00727A71" w:rsidRDefault="00974517" w:rsidP="0062142A">
            <w:pPr>
              <w:spacing w:after="20" w:line="240" w:lineRule="auto"/>
              <w:rPr>
                <w:b/>
                <w:bCs/>
                <w:sz w:val="22"/>
              </w:rPr>
            </w:pPr>
            <w:r w:rsidRPr="00727A71">
              <w:rPr>
                <w:bCs/>
                <w:sz w:val="18"/>
              </w:rPr>
              <w:t>Učebné predmety</w:t>
            </w:r>
          </w:p>
          <w:p w14:paraId="25D8DBAD" w14:textId="77777777" w:rsidR="007243BE" w:rsidRPr="00112D37" w:rsidRDefault="00974517" w:rsidP="0062142A">
            <w:pPr>
              <w:spacing w:after="20" w:line="240" w:lineRule="auto"/>
              <w:rPr>
                <w:b/>
                <w:bCs/>
                <w:sz w:val="22"/>
              </w:rPr>
            </w:pPr>
            <w:r w:rsidRPr="00112D37">
              <w:rPr>
                <w:bCs/>
                <w:sz w:val="18"/>
              </w:rPr>
              <w:t>school, classroom, teacher, pupil, board/blackboard, chair, desk, schoolbag, pencil, pen, book, exercise book, homework ,</w:t>
            </w:r>
          </w:p>
          <w:p w14:paraId="0B704DF9" w14:textId="77777777" w:rsidR="007243BE" w:rsidRPr="00112D37" w:rsidRDefault="00974517" w:rsidP="0062142A">
            <w:pPr>
              <w:spacing w:after="20" w:line="240" w:lineRule="auto"/>
              <w:rPr>
                <w:b/>
                <w:bCs/>
                <w:sz w:val="22"/>
              </w:rPr>
            </w:pPr>
            <w:r w:rsidRPr="00112D37">
              <w:rPr>
                <w:bCs/>
                <w:sz w:val="18"/>
              </w:rPr>
              <w:t xml:space="preserve">popular, important, favourite </w:t>
            </w:r>
          </w:p>
          <w:p w14:paraId="6E6BFFED" w14:textId="77777777" w:rsidR="007243BE" w:rsidRPr="00112D37" w:rsidRDefault="00974517" w:rsidP="0062142A">
            <w:pPr>
              <w:spacing w:after="20" w:line="240" w:lineRule="auto"/>
              <w:rPr>
                <w:b/>
                <w:bCs/>
                <w:sz w:val="22"/>
              </w:rPr>
            </w:pPr>
            <w:r w:rsidRPr="00112D37">
              <w:rPr>
                <w:bCs/>
                <w:sz w:val="18"/>
              </w:rPr>
              <w:t>learn, write, read, start/finish the lessons , timetable, subject, English, Slovak, Maths, Geography, History, Science, Music, Art, P.E (physical education)., R.E (religious education), double period, break</w:t>
            </w:r>
          </w:p>
          <w:p w14:paraId="40462953" w14:textId="77777777" w:rsidR="007243BE" w:rsidRPr="00727A71" w:rsidRDefault="00B15A04" w:rsidP="0062142A">
            <w:pPr>
              <w:spacing w:after="20" w:line="240" w:lineRule="auto"/>
              <w:rPr>
                <w:b/>
                <w:bCs/>
                <w:sz w:val="22"/>
              </w:rPr>
            </w:pPr>
          </w:p>
        </w:tc>
        <w:tc>
          <w:tcPr>
            <w:tcW w:w="3702" w:type="dxa"/>
            <w:tcBorders>
              <w:top w:val="single" w:sz="4" w:space="0" w:color="auto"/>
              <w:left w:val="single" w:sz="4" w:space="0" w:color="auto"/>
              <w:bottom w:val="single" w:sz="4" w:space="0" w:color="auto"/>
              <w:right w:val="single" w:sz="4" w:space="0" w:color="auto"/>
            </w:tcBorders>
          </w:tcPr>
          <w:p w14:paraId="5EAC234D" w14:textId="77777777" w:rsidR="007243BE" w:rsidRPr="00112D37" w:rsidRDefault="00974517" w:rsidP="0062142A">
            <w:pPr>
              <w:spacing w:after="20" w:line="240" w:lineRule="auto"/>
              <w:rPr>
                <w:b/>
                <w:bCs/>
                <w:sz w:val="22"/>
              </w:rPr>
            </w:pPr>
            <w:r w:rsidRPr="00727A71">
              <w:rPr>
                <w:bCs/>
                <w:sz w:val="18"/>
              </w:rPr>
              <w:t xml:space="preserve">Pracovné činnosti a profesie </w:t>
            </w:r>
          </w:p>
          <w:p w14:paraId="0CD32C20" w14:textId="77777777" w:rsidR="007243BE" w:rsidRPr="00727A71" w:rsidRDefault="00B15A04" w:rsidP="0062142A">
            <w:pPr>
              <w:spacing w:after="20" w:line="240" w:lineRule="auto"/>
              <w:rPr>
                <w:b/>
                <w:bCs/>
                <w:sz w:val="22"/>
              </w:rPr>
            </w:pPr>
          </w:p>
          <w:p w14:paraId="1C50715D" w14:textId="77777777" w:rsidR="007243BE" w:rsidRPr="00112D37" w:rsidRDefault="00974517" w:rsidP="0062142A">
            <w:pPr>
              <w:spacing w:after="20" w:line="240" w:lineRule="auto"/>
              <w:rPr>
                <w:b/>
                <w:bCs/>
                <w:sz w:val="22"/>
              </w:rPr>
            </w:pPr>
            <w:r w:rsidRPr="00112D37">
              <w:rPr>
                <w:bCs/>
                <w:sz w:val="18"/>
              </w:rPr>
              <w:t xml:space="preserve">classmate, student, marks, grades, class register, </w:t>
            </w:r>
          </w:p>
          <w:p w14:paraId="5519B6EE" w14:textId="77777777" w:rsidR="007243BE" w:rsidRPr="00112D37" w:rsidRDefault="00974517" w:rsidP="0062142A">
            <w:pPr>
              <w:spacing w:after="20" w:line="240" w:lineRule="auto"/>
              <w:rPr>
                <w:b/>
                <w:bCs/>
                <w:sz w:val="22"/>
              </w:rPr>
            </w:pPr>
            <w:r w:rsidRPr="00112D37">
              <w:rPr>
                <w:bCs/>
                <w:sz w:val="18"/>
              </w:rPr>
              <w:t>gymnasium, playground, holiday, chalk, sponge, duster, glue, map, ruler</w:t>
            </w:r>
          </w:p>
          <w:p w14:paraId="568BA080" w14:textId="77777777" w:rsidR="007243BE" w:rsidRPr="00112D37" w:rsidRDefault="00974517" w:rsidP="0062142A">
            <w:pPr>
              <w:spacing w:after="20" w:line="240" w:lineRule="auto"/>
              <w:rPr>
                <w:b/>
                <w:bCs/>
                <w:sz w:val="22"/>
              </w:rPr>
            </w:pPr>
            <w:r w:rsidRPr="00112D37">
              <w:rPr>
                <w:bCs/>
                <w:sz w:val="18"/>
              </w:rPr>
              <w:t xml:space="preserve">to be good/poor at, interested in </w:t>
            </w:r>
          </w:p>
          <w:p w14:paraId="459938C0" w14:textId="77777777" w:rsidR="007243BE" w:rsidRPr="00727A71" w:rsidRDefault="00974517" w:rsidP="0062142A">
            <w:pPr>
              <w:spacing w:after="20" w:line="240" w:lineRule="auto"/>
              <w:rPr>
                <w:b/>
                <w:bCs/>
                <w:sz w:val="22"/>
              </w:rPr>
            </w:pPr>
            <w:r w:rsidRPr="00112D37">
              <w:rPr>
                <w:bCs/>
                <w:sz w:val="18"/>
              </w:rPr>
              <w:t>attend, pay attention, teach, study, practice, Computer Science, Craft, Drama, Humanities, Handwriting,Chemistry, Biology, Physics, foreign languages, German, French, Spanish, Russian, worker, doctor, nurse, shop-assistant, policeman, postman, cook, waiter, actress/actor, taxi-driver, gardener, baker , butcher,gardener, soldier</w:t>
            </w:r>
          </w:p>
        </w:tc>
      </w:tr>
      <w:tr w:rsidR="007243BE" w:rsidRPr="00727A71" w14:paraId="5EBB5B1D" w14:textId="77777777" w:rsidTr="0062142A">
        <w:trPr>
          <w:cantSplit/>
          <w:jc w:val="center"/>
        </w:trPr>
        <w:tc>
          <w:tcPr>
            <w:tcW w:w="2346" w:type="dxa"/>
            <w:tcBorders>
              <w:top w:val="single" w:sz="4" w:space="0" w:color="auto"/>
              <w:left w:val="single" w:sz="4" w:space="0" w:color="auto"/>
              <w:bottom w:val="single" w:sz="4" w:space="0" w:color="auto"/>
              <w:right w:val="single" w:sz="4" w:space="0" w:color="auto"/>
            </w:tcBorders>
          </w:tcPr>
          <w:p w14:paraId="30030A3D" w14:textId="77777777" w:rsidR="007243BE" w:rsidRPr="00112D37" w:rsidRDefault="00974517" w:rsidP="0062142A">
            <w:pPr>
              <w:spacing w:after="20" w:line="240" w:lineRule="auto"/>
              <w:rPr>
                <w:b/>
                <w:bCs/>
                <w:sz w:val="22"/>
              </w:rPr>
            </w:pPr>
            <w:r w:rsidRPr="00727A71">
              <w:rPr>
                <w:bCs/>
                <w:sz w:val="18"/>
              </w:rPr>
              <w:lastRenderedPageBreak/>
              <w:t xml:space="preserve">6 Človek a príroda </w:t>
            </w:r>
          </w:p>
          <w:p w14:paraId="7FAC99B4" w14:textId="77777777" w:rsidR="007243BE" w:rsidRPr="00727A71" w:rsidRDefault="00B15A04" w:rsidP="0062142A">
            <w:pPr>
              <w:spacing w:after="20" w:line="240" w:lineRule="auto"/>
              <w:rPr>
                <w:b/>
                <w:bCs/>
                <w:sz w:val="22"/>
              </w:rPr>
            </w:pPr>
          </w:p>
          <w:p w14:paraId="1B917C8A" w14:textId="77777777" w:rsidR="007243BE" w:rsidRPr="00112D37" w:rsidRDefault="00974517" w:rsidP="0062142A">
            <w:pPr>
              <w:spacing w:after="20" w:line="240" w:lineRule="auto"/>
              <w:rPr>
                <w:b/>
                <w:bCs/>
                <w:sz w:val="22"/>
              </w:rPr>
            </w:pPr>
            <w:r w:rsidRPr="00112D37">
              <w:rPr>
                <w:bCs/>
                <w:sz w:val="18"/>
              </w:rPr>
              <w:t xml:space="preserve">- Zvieratá/fauna </w:t>
            </w:r>
          </w:p>
          <w:p w14:paraId="37636E35" w14:textId="77777777" w:rsidR="007243BE" w:rsidRPr="00727A71" w:rsidRDefault="00974517" w:rsidP="0062142A">
            <w:pPr>
              <w:spacing w:after="20" w:line="240" w:lineRule="auto"/>
              <w:rPr>
                <w:b/>
                <w:bCs/>
                <w:sz w:val="22"/>
              </w:rPr>
            </w:pPr>
            <w:r w:rsidRPr="00727A71">
              <w:rPr>
                <w:bCs/>
                <w:sz w:val="18"/>
              </w:rPr>
              <w:t>-Rastliny/Flora</w:t>
            </w:r>
          </w:p>
          <w:p w14:paraId="7C87CA4E" w14:textId="77777777" w:rsidR="007243BE" w:rsidRPr="00727A71" w:rsidRDefault="00974517" w:rsidP="0062142A">
            <w:pPr>
              <w:spacing w:after="20" w:line="240" w:lineRule="auto"/>
              <w:rPr>
                <w:b/>
                <w:bCs/>
                <w:sz w:val="22"/>
              </w:rPr>
            </w:pPr>
            <w:r w:rsidRPr="00727A71">
              <w:rPr>
                <w:bCs/>
                <w:sz w:val="18"/>
              </w:rPr>
              <w:t>-počasie</w:t>
            </w:r>
          </w:p>
          <w:p w14:paraId="0069177D" w14:textId="77777777" w:rsidR="007243BE" w:rsidRPr="00727A71" w:rsidRDefault="00974517" w:rsidP="0062142A">
            <w:pPr>
              <w:spacing w:after="20" w:line="240" w:lineRule="auto"/>
              <w:rPr>
                <w:b/>
                <w:bCs/>
                <w:sz w:val="22"/>
              </w:rPr>
            </w:pPr>
            <w:r w:rsidRPr="00727A71">
              <w:rPr>
                <w:bCs/>
                <w:sz w:val="18"/>
              </w:rPr>
              <w:t>-klíma</w:t>
            </w:r>
          </w:p>
          <w:p w14:paraId="5AB6C158" w14:textId="77777777" w:rsidR="007243BE" w:rsidRPr="00727A71" w:rsidRDefault="00974517" w:rsidP="0062142A">
            <w:pPr>
              <w:spacing w:after="20" w:line="240" w:lineRule="auto"/>
              <w:rPr>
                <w:b/>
                <w:bCs/>
                <w:sz w:val="22"/>
              </w:rPr>
            </w:pPr>
            <w:r w:rsidRPr="00727A71">
              <w:rPr>
                <w:bCs/>
                <w:sz w:val="18"/>
              </w:rPr>
              <w:t>-človek a životné prostredie</w:t>
            </w:r>
          </w:p>
        </w:tc>
        <w:tc>
          <w:tcPr>
            <w:tcW w:w="3240" w:type="dxa"/>
            <w:tcBorders>
              <w:top w:val="single" w:sz="4" w:space="0" w:color="auto"/>
              <w:left w:val="single" w:sz="4" w:space="0" w:color="auto"/>
              <w:bottom w:val="single" w:sz="4" w:space="0" w:color="auto"/>
              <w:right w:val="single" w:sz="4" w:space="0" w:color="auto"/>
            </w:tcBorders>
          </w:tcPr>
          <w:p w14:paraId="302429E2" w14:textId="77777777" w:rsidR="007243BE" w:rsidRPr="00727A71" w:rsidRDefault="00974517" w:rsidP="0062142A">
            <w:pPr>
              <w:spacing w:after="20" w:line="240" w:lineRule="auto"/>
              <w:rPr>
                <w:b/>
                <w:bCs/>
                <w:sz w:val="22"/>
              </w:rPr>
            </w:pPr>
            <w:r w:rsidRPr="00727A71">
              <w:rPr>
                <w:bCs/>
                <w:sz w:val="18"/>
              </w:rPr>
              <w:t>Zvieratá /rastliny</w:t>
            </w:r>
          </w:p>
          <w:p w14:paraId="76678DF4" w14:textId="77777777" w:rsidR="007243BE" w:rsidRPr="00727A71" w:rsidRDefault="00974517" w:rsidP="0062142A">
            <w:pPr>
              <w:spacing w:after="20" w:line="240" w:lineRule="auto"/>
              <w:rPr>
                <w:b/>
                <w:bCs/>
                <w:sz w:val="22"/>
              </w:rPr>
            </w:pPr>
            <w:r w:rsidRPr="00727A71">
              <w:rPr>
                <w:bCs/>
                <w:sz w:val="18"/>
              </w:rPr>
              <w:t>Počasie</w:t>
            </w:r>
          </w:p>
          <w:p w14:paraId="7DBDB516" w14:textId="77777777" w:rsidR="007243BE" w:rsidRPr="00112D37" w:rsidRDefault="00974517" w:rsidP="0062142A">
            <w:pPr>
              <w:spacing w:after="20" w:line="240" w:lineRule="auto"/>
              <w:rPr>
                <w:b/>
                <w:bCs/>
                <w:sz w:val="22"/>
              </w:rPr>
            </w:pPr>
            <w:r w:rsidRPr="00112D37">
              <w:rPr>
                <w:bCs/>
                <w:sz w:val="18"/>
              </w:rPr>
              <w:t xml:space="preserve">the natural world </w:t>
            </w:r>
          </w:p>
          <w:p w14:paraId="71D8F91C" w14:textId="77777777" w:rsidR="007243BE" w:rsidRPr="00112D37" w:rsidRDefault="00974517" w:rsidP="0062142A">
            <w:pPr>
              <w:spacing w:after="20" w:line="240" w:lineRule="auto"/>
              <w:rPr>
                <w:b/>
                <w:bCs/>
                <w:sz w:val="22"/>
              </w:rPr>
            </w:pPr>
            <w:r w:rsidRPr="00112D37">
              <w:rPr>
                <w:bCs/>
                <w:sz w:val="18"/>
              </w:rPr>
              <w:t xml:space="preserve">animals- mammals, birds, reptiles, pets, cow, pig, dog, mouse, frog, elephant, horse..., sun/ny, rain/y, fog/gy, cloud/y, hot, cold, snow, sky, wind, clear,showery, rainbow, plants- flowers, trees, bushes, roots, leaf / leaves, trunk, branch, grass, weather, climate </w:t>
            </w:r>
          </w:p>
          <w:p w14:paraId="2BD9AB92" w14:textId="77777777" w:rsidR="007243BE" w:rsidRPr="00727A71" w:rsidRDefault="00974517" w:rsidP="0062142A">
            <w:pPr>
              <w:spacing w:after="20" w:line="240" w:lineRule="auto"/>
              <w:rPr>
                <w:b/>
                <w:bCs/>
                <w:sz w:val="22"/>
              </w:rPr>
            </w:pPr>
            <w:r w:rsidRPr="00112D37">
              <w:rPr>
                <w:bCs/>
                <w:sz w:val="18"/>
              </w:rPr>
              <w:t>weather – seasons, calm climate- dry, continental, wet</w:t>
            </w:r>
          </w:p>
        </w:tc>
        <w:tc>
          <w:tcPr>
            <w:tcW w:w="3702" w:type="dxa"/>
            <w:tcBorders>
              <w:top w:val="single" w:sz="4" w:space="0" w:color="auto"/>
              <w:left w:val="single" w:sz="4" w:space="0" w:color="auto"/>
              <w:bottom w:val="single" w:sz="4" w:space="0" w:color="auto"/>
              <w:right w:val="single" w:sz="4" w:space="0" w:color="auto"/>
            </w:tcBorders>
          </w:tcPr>
          <w:p w14:paraId="5897D861" w14:textId="77777777" w:rsidR="007243BE" w:rsidRPr="00727A71" w:rsidRDefault="00974517" w:rsidP="0062142A">
            <w:pPr>
              <w:spacing w:after="20" w:line="240" w:lineRule="auto"/>
              <w:rPr>
                <w:b/>
                <w:bCs/>
                <w:sz w:val="22"/>
              </w:rPr>
            </w:pPr>
            <w:r w:rsidRPr="00727A71">
              <w:rPr>
                <w:bCs/>
                <w:sz w:val="18"/>
              </w:rPr>
              <w:t>Životné prostredie</w:t>
            </w:r>
          </w:p>
          <w:p w14:paraId="5454E0FF" w14:textId="77777777" w:rsidR="007243BE" w:rsidRPr="00112D37" w:rsidRDefault="00974517" w:rsidP="0062142A">
            <w:pPr>
              <w:spacing w:after="20" w:line="240" w:lineRule="auto"/>
              <w:rPr>
                <w:b/>
                <w:bCs/>
                <w:sz w:val="22"/>
              </w:rPr>
            </w:pPr>
            <w:r w:rsidRPr="00112D37">
              <w:rPr>
                <w:bCs/>
                <w:sz w:val="18"/>
              </w:rPr>
              <w:t xml:space="preserve">animal species, animals that hibernate in winter, dangerous animals, wild animals, insects, </w:t>
            </w:r>
          </w:p>
          <w:p w14:paraId="574875B8" w14:textId="77777777" w:rsidR="007243BE" w:rsidRPr="00112D37" w:rsidRDefault="00974517" w:rsidP="0062142A">
            <w:pPr>
              <w:spacing w:after="20" w:line="240" w:lineRule="auto"/>
              <w:rPr>
                <w:b/>
                <w:bCs/>
                <w:sz w:val="22"/>
              </w:rPr>
            </w:pPr>
            <w:r w:rsidRPr="00112D37">
              <w:rPr>
                <w:bCs/>
                <w:sz w:val="18"/>
              </w:rPr>
              <w:t xml:space="preserve">animals in Zoo, protection of animals, tail, wing, nest,beak, </w:t>
            </w:r>
          </w:p>
          <w:p w14:paraId="11D900F1" w14:textId="77777777" w:rsidR="007243BE" w:rsidRPr="00112D37" w:rsidRDefault="00974517" w:rsidP="0062142A">
            <w:pPr>
              <w:spacing w:after="20" w:line="240" w:lineRule="auto"/>
              <w:rPr>
                <w:b/>
                <w:bCs/>
                <w:sz w:val="22"/>
              </w:rPr>
            </w:pPr>
            <w:r w:rsidRPr="00112D37">
              <w:rPr>
                <w:bCs/>
                <w:sz w:val="18"/>
              </w:rPr>
              <w:t xml:space="preserve">endangered, extinction, farm animal, tame, paw, wildlife park, What is the weather like? </w:t>
            </w:r>
          </w:p>
          <w:p w14:paraId="4D05E302" w14:textId="77777777" w:rsidR="007243BE" w:rsidRPr="00112D37" w:rsidRDefault="00974517" w:rsidP="0062142A">
            <w:pPr>
              <w:spacing w:after="20" w:line="240" w:lineRule="auto"/>
              <w:rPr>
                <w:b/>
                <w:bCs/>
                <w:sz w:val="22"/>
              </w:rPr>
            </w:pPr>
            <w:r w:rsidRPr="00112D37">
              <w:rPr>
                <w:bCs/>
                <w:sz w:val="18"/>
              </w:rPr>
              <w:t xml:space="preserve">pouring, shower, frost, degree, </w:t>
            </w:r>
          </w:p>
          <w:p w14:paraId="75E2AC2C" w14:textId="77777777" w:rsidR="007243BE" w:rsidRPr="00112D37" w:rsidRDefault="00974517" w:rsidP="0062142A">
            <w:pPr>
              <w:spacing w:after="20" w:line="240" w:lineRule="auto"/>
              <w:rPr>
                <w:b/>
                <w:bCs/>
                <w:sz w:val="22"/>
              </w:rPr>
            </w:pPr>
            <w:r w:rsidRPr="00112D37">
              <w:rPr>
                <w:bCs/>
                <w:sz w:val="18"/>
              </w:rPr>
              <w:t xml:space="preserve">Indian summer, shine, mild, breeze, weather forecast, mud, skid, flow off, rainstorm, evacuate, trees coniferous/ deciduous, trunk, needles, oak, maple, willow, palm, pine, soil, lack of st., weather forecast, meteorologist, centigrade, chilly, cool, changeable, mist, region, </w:t>
            </w:r>
          </w:p>
          <w:p w14:paraId="13F41C22" w14:textId="77777777" w:rsidR="007243BE" w:rsidRPr="00112D37" w:rsidRDefault="00974517" w:rsidP="0062142A">
            <w:pPr>
              <w:spacing w:after="20" w:line="240" w:lineRule="auto"/>
              <w:rPr>
                <w:b/>
                <w:bCs/>
                <w:sz w:val="22"/>
              </w:rPr>
            </w:pPr>
            <w:r w:rsidRPr="00112D37">
              <w:rPr>
                <w:bCs/>
                <w:sz w:val="18"/>
              </w:rPr>
              <w:t xml:space="preserve">environment, litter, waste, </w:t>
            </w:r>
          </w:p>
          <w:p w14:paraId="16E7F97B" w14:textId="77777777" w:rsidR="007243BE" w:rsidRPr="00112D37" w:rsidRDefault="00974517" w:rsidP="0062142A">
            <w:pPr>
              <w:spacing w:after="20" w:line="240" w:lineRule="auto"/>
              <w:rPr>
                <w:b/>
                <w:bCs/>
                <w:sz w:val="22"/>
              </w:rPr>
            </w:pPr>
            <w:r w:rsidRPr="00112D37">
              <w:rPr>
                <w:bCs/>
                <w:sz w:val="18"/>
              </w:rPr>
              <w:t>nature / industry, fumes, factories, acid rain, emit, power station</w:t>
            </w:r>
          </w:p>
          <w:p w14:paraId="5C5A8ED7" w14:textId="77777777" w:rsidR="007243BE" w:rsidRPr="00112D37" w:rsidRDefault="00B15A04" w:rsidP="0062142A">
            <w:pPr>
              <w:spacing w:after="20" w:line="240" w:lineRule="auto"/>
              <w:rPr>
                <w:b/>
                <w:bCs/>
                <w:sz w:val="22"/>
              </w:rPr>
            </w:pPr>
          </w:p>
          <w:p w14:paraId="1926BFED" w14:textId="77777777" w:rsidR="007243BE" w:rsidRPr="00112D37" w:rsidRDefault="00B15A04" w:rsidP="0062142A">
            <w:pPr>
              <w:spacing w:after="20" w:line="240" w:lineRule="auto"/>
              <w:rPr>
                <w:b/>
                <w:bCs/>
                <w:sz w:val="22"/>
              </w:rPr>
            </w:pPr>
          </w:p>
          <w:p w14:paraId="7E9D9733" w14:textId="77777777" w:rsidR="007243BE" w:rsidRPr="00112D37" w:rsidRDefault="00B15A04" w:rsidP="0062142A">
            <w:pPr>
              <w:spacing w:after="20" w:line="240" w:lineRule="auto"/>
              <w:rPr>
                <w:b/>
                <w:bCs/>
                <w:sz w:val="22"/>
              </w:rPr>
            </w:pPr>
          </w:p>
          <w:p w14:paraId="7EBE70E4" w14:textId="77777777" w:rsidR="007243BE" w:rsidRPr="00112D37" w:rsidRDefault="00B15A04" w:rsidP="0062142A">
            <w:pPr>
              <w:spacing w:after="20" w:line="240" w:lineRule="auto"/>
              <w:rPr>
                <w:b/>
                <w:bCs/>
                <w:sz w:val="22"/>
              </w:rPr>
            </w:pPr>
          </w:p>
          <w:p w14:paraId="6AFDD449" w14:textId="77777777" w:rsidR="007243BE" w:rsidRPr="00112D37" w:rsidRDefault="00B15A04" w:rsidP="0062142A">
            <w:pPr>
              <w:spacing w:after="20" w:line="240" w:lineRule="auto"/>
              <w:rPr>
                <w:b/>
                <w:bCs/>
                <w:sz w:val="22"/>
              </w:rPr>
            </w:pPr>
          </w:p>
          <w:p w14:paraId="26C5DF4B" w14:textId="77777777" w:rsidR="007243BE" w:rsidRPr="00112D37" w:rsidRDefault="00B15A04" w:rsidP="0062142A">
            <w:pPr>
              <w:spacing w:after="20" w:line="240" w:lineRule="auto"/>
              <w:rPr>
                <w:b/>
                <w:bCs/>
                <w:sz w:val="22"/>
              </w:rPr>
            </w:pPr>
          </w:p>
          <w:p w14:paraId="101413F2" w14:textId="77777777" w:rsidR="007243BE" w:rsidRPr="00112D37" w:rsidRDefault="00B15A04" w:rsidP="0062142A">
            <w:pPr>
              <w:spacing w:after="20" w:line="240" w:lineRule="auto"/>
              <w:rPr>
                <w:b/>
                <w:bCs/>
                <w:sz w:val="22"/>
              </w:rPr>
            </w:pPr>
          </w:p>
          <w:p w14:paraId="6D4DDA44" w14:textId="77777777" w:rsidR="007243BE" w:rsidRPr="00727A71" w:rsidRDefault="00B15A04" w:rsidP="0062142A">
            <w:pPr>
              <w:spacing w:after="20" w:line="240" w:lineRule="auto"/>
              <w:rPr>
                <w:b/>
                <w:bCs/>
                <w:sz w:val="22"/>
              </w:rPr>
            </w:pPr>
          </w:p>
        </w:tc>
      </w:tr>
      <w:tr w:rsidR="007243BE" w:rsidRPr="00727A71" w14:paraId="15B76F3D" w14:textId="77777777" w:rsidTr="0062142A">
        <w:trPr>
          <w:cantSplit/>
          <w:jc w:val="center"/>
        </w:trPr>
        <w:tc>
          <w:tcPr>
            <w:tcW w:w="2346" w:type="dxa"/>
            <w:tcBorders>
              <w:top w:val="single" w:sz="4" w:space="0" w:color="auto"/>
              <w:left w:val="single" w:sz="4" w:space="0" w:color="auto"/>
              <w:bottom w:val="single" w:sz="4" w:space="0" w:color="auto"/>
              <w:right w:val="single" w:sz="4" w:space="0" w:color="auto"/>
            </w:tcBorders>
          </w:tcPr>
          <w:p w14:paraId="54A33D7A" w14:textId="77777777" w:rsidR="007243BE" w:rsidRPr="00727A71" w:rsidRDefault="00974517" w:rsidP="0062142A">
            <w:pPr>
              <w:spacing w:after="20" w:line="240" w:lineRule="auto"/>
              <w:rPr>
                <w:b/>
                <w:bCs/>
                <w:sz w:val="22"/>
              </w:rPr>
            </w:pPr>
            <w:r w:rsidRPr="00727A71">
              <w:rPr>
                <w:bCs/>
                <w:sz w:val="18"/>
              </w:rPr>
              <w:lastRenderedPageBreak/>
              <w:t xml:space="preserve">7 Voľný čas a záľuby </w:t>
            </w:r>
          </w:p>
          <w:p w14:paraId="157A5846" w14:textId="77777777" w:rsidR="007243BE" w:rsidRPr="00112D37" w:rsidRDefault="00974517" w:rsidP="0062142A">
            <w:pPr>
              <w:spacing w:after="20" w:line="240" w:lineRule="auto"/>
              <w:rPr>
                <w:b/>
                <w:bCs/>
                <w:sz w:val="22"/>
              </w:rPr>
            </w:pPr>
            <w:r w:rsidRPr="00112D37">
              <w:rPr>
                <w:bCs/>
                <w:sz w:val="18"/>
              </w:rPr>
              <w:t xml:space="preserve">- Záľuby </w:t>
            </w:r>
          </w:p>
          <w:p w14:paraId="11993EF0" w14:textId="77777777" w:rsidR="007243BE" w:rsidRPr="00112D37" w:rsidRDefault="00974517" w:rsidP="0062142A">
            <w:pPr>
              <w:spacing w:after="20" w:line="240" w:lineRule="auto"/>
              <w:rPr>
                <w:b/>
                <w:bCs/>
                <w:sz w:val="22"/>
              </w:rPr>
            </w:pPr>
            <w:r w:rsidRPr="00112D37">
              <w:rPr>
                <w:bCs/>
                <w:sz w:val="18"/>
              </w:rPr>
              <w:t xml:space="preserve">- Knihy a čítanie </w:t>
            </w:r>
          </w:p>
          <w:p w14:paraId="3F1037EF" w14:textId="77777777" w:rsidR="007243BE" w:rsidRPr="00112D37" w:rsidRDefault="00974517" w:rsidP="0062142A">
            <w:pPr>
              <w:spacing w:after="20" w:line="240" w:lineRule="auto"/>
              <w:rPr>
                <w:b/>
                <w:bCs/>
                <w:sz w:val="22"/>
              </w:rPr>
            </w:pPr>
            <w:r w:rsidRPr="00112D37">
              <w:rPr>
                <w:bCs/>
                <w:sz w:val="18"/>
              </w:rPr>
              <w:t xml:space="preserve">- Rozhlas, televízia a internet </w:t>
            </w:r>
          </w:p>
          <w:p w14:paraId="6C3E8EE2" w14:textId="77777777" w:rsidR="007243BE" w:rsidRPr="00112D37" w:rsidRDefault="00974517" w:rsidP="0062142A">
            <w:pPr>
              <w:spacing w:after="20" w:line="240" w:lineRule="auto"/>
              <w:rPr>
                <w:b/>
                <w:bCs/>
                <w:sz w:val="22"/>
              </w:rPr>
            </w:pPr>
            <w:r w:rsidRPr="00112D37">
              <w:rPr>
                <w:bCs/>
                <w:sz w:val="18"/>
              </w:rPr>
              <w:t xml:space="preserve">- Výstavy a veľtrhy </w:t>
            </w:r>
          </w:p>
          <w:p w14:paraId="36FC63BF" w14:textId="77777777" w:rsidR="007243BE" w:rsidRPr="00112D37" w:rsidRDefault="00974517" w:rsidP="0062142A">
            <w:pPr>
              <w:spacing w:after="20" w:line="240" w:lineRule="auto"/>
              <w:rPr>
                <w:b/>
                <w:bCs/>
                <w:sz w:val="22"/>
              </w:rPr>
            </w:pPr>
            <w:r w:rsidRPr="00112D37">
              <w:rPr>
                <w:bCs/>
                <w:sz w:val="18"/>
              </w:rPr>
              <w:t>-Kultúra a jej vplyv na človeka</w:t>
            </w:r>
          </w:p>
          <w:p w14:paraId="0B8B62BE" w14:textId="77777777" w:rsidR="007243BE" w:rsidRPr="00112D37" w:rsidRDefault="00974517" w:rsidP="0062142A">
            <w:pPr>
              <w:spacing w:after="20" w:line="240" w:lineRule="auto"/>
              <w:rPr>
                <w:b/>
                <w:bCs/>
                <w:sz w:val="22"/>
              </w:rPr>
            </w:pPr>
            <w:r w:rsidRPr="00112D37">
              <w:rPr>
                <w:bCs/>
                <w:sz w:val="18"/>
              </w:rPr>
              <w:t>- umenie a rozvoj osobnosti</w:t>
            </w:r>
          </w:p>
          <w:p w14:paraId="7D57CA04" w14:textId="77777777" w:rsidR="007243BE" w:rsidRPr="00727A71" w:rsidRDefault="00B15A04" w:rsidP="0062142A">
            <w:pPr>
              <w:spacing w:after="20" w:line="240" w:lineRule="auto"/>
              <w:rPr>
                <w:b/>
                <w:bCs/>
                <w:sz w:val="22"/>
              </w:rPr>
            </w:pPr>
          </w:p>
        </w:tc>
        <w:tc>
          <w:tcPr>
            <w:tcW w:w="3240" w:type="dxa"/>
            <w:tcBorders>
              <w:top w:val="single" w:sz="4" w:space="0" w:color="auto"/>
              <w:left w:val="single" w:sz="4" w:space="0" w:color="auto"/>
              <w:bottom w:val="single" w:sz="4" w:space="0" w:color="auto"/>
              <w:right w:val="single" w:sz="4" w:space="0" w:color="auto"/>
            </w:tcBorders>
          </w:tcPr>
          <w:p w14:paraId="2BEE0818" w14:textId="77777777" w:rsidR="007243BE" w:rsidRPr="00727A71" w:rsidRDefault="00974517" w:rsidP="0062142A">
            <w:pPr>
              <w:spacing w:after="20" w:line="240" w:lineRule="auto"/>
              <w:rPr>
                <w:b/>
                <w:bCs/>
                <w:sz w:val="22"/>
              </w:rPr>
            </w:pPr>
            <w:r w:rsidRPr="00727A71">
              <w:rPr>
                <w:bCs/>
                <w:sz w:val="18"/>
              </w:rPr>
              <w:t>Záľuby</w:t>
            </w:r>
          </w:p>
          <w:p w14:paraId="65B9584F" w14:textId="77777777" w:rsidR="007243BE" w:rsidRPr="00112D37" w:rsidRDefault="00974517" w:rsidP="0062142A">
            <w:pPr>
              <w:spacing w:after="20" w:line="240" w:lineRule="auto"/>
              <w:rPr>
                <w:b/>
                <w:bCs/>
                <w:sz w:val="22"/>
              </w:rPr>
            </w:pPr>
            <w:r w:rsidRPr="00112D37">
              <w:rPr>
                <w:bCs/>
                <w:sz w:val="18"/>
              </w:rPr>
              <w:t>hobby, photography, stamp collecting, keeping pets, reading, playing, computer games/ dominoes/a musical instrument/chess, collecting badges/pop-star photos, model-making, board games, spare time, join a club</w:t>
            </w:r>
          </w:p>
          <w:p w14:paraId="127DB581" w14:textId="77777777" w:rsidR="007243BE" w:rsidRPr="00727A71" w:rsidRDefault="00B15A04" w:rsidP="0062142A">
            <w:pPr>
              <w:spacing w:after="20" w:line="240" w:lineRule="auto"/>
              <w:rPr>
                <w:b/>
                <w:bCs/>
                <w:sz w:val="22"/>
              </w:rPr>
            </w:pPr>
          </w:p>
        </w:tc>
        <w:tc>
          <w:tcPr>
            <w:tcW w:w="3702" w:type="dxa"/>
            <w:tcBorders>
              <w:top w:val="single" w:sz="4" w:space="0" w:color="auto"/>
              <w:left w:val="single" w:sz="4" w:space="0" w:color="auto"/>
              <w:bottom w:val="single" w:sz="4" w:space="0" w:color="auto"/>
              <w:right w:val="single" w:sz="4" w:space="0" w:color="auto"/>
            </w:tcBorders>
          </w:tcPr>
          <w:p w14:paraId="7BA8D16E" w14:textId="77777777" w:rsidR="007243BE" w:rsidRPr="00727A71" w:rsidRDefault="00974517" w:rsidP="0062142A">
            <w:pPr>
              <w:spacing w:after="20" w:line="240" w:lineRule="auto"/>
              <w:rPr>
                <w:b/>
                <w:bCs/>
                <w:sz w:val="22"/>
              </w:rPr>
            </w:pPr>
            <w:r w:rsidRPr="00727A71">
              <w:rPr>
                <w:bCs/>
                <w:sz w:val="18"/>
              </w:rPr>
              <w:t>Knihy a čítanie</w:t>
            </w:r>
          </w:p>
          <w:p w14:paraId="16775250" w14:textId="77777777" w:rsidR="007243BE" w:rsidRPr="00727A71" w:rsidRDefault="00974517" w:rsidP="0062142A">
            <w:pPr>
              <w:spacing w:after="20" w:line="240" w:lineRule="auto"/>
              <w:rPr>
                <w:b/>
                <w:bCs/>
                <w:sz w:val="22"/>
              </w:rPr>
            </w:pPr>
            <w:r w:rsidRPr="00727A71">
              <w:rPr>
                <w:bCs/>
                <w:sz w:val="18"/>
              </w:rPr>
              <w:t>Rozhlas a televízia</w:t>
            </w:r>
          </w:p>
          <w:p w14:paraId="7A9D8985" w14:textId="77777777" w:rsidR="007243BE" w:rsidRPr="00112D37" w:rsidRDefault="00974517" w:rsidP="0062142A">
            <w:pPr>
              <w:spacing w:after="20" w:line="240" w:lineRule="auto"/>
              <w:rPr>
                <w:b/>
                <w:bCs/>
                <w:sz w:val="22"/>
              </w:rPr>
            </w:pPr>
            <w:r w:rsidRPr="00112D37">
              <w:rPr>
                <w:bCs/>
                <w:sz w:val="18"/>
              </w:rPr>
              <w:t xml:space="preserve">perceive the world, sense of beauty, creativity, artistic </w:t>
            </w:r>
          </w:p>
          <w:p w14:paraId="08B1B7F1" w14:textId="77777777" w:rsidR="007243BE" w:rsidRPr="00112D37" w:rsidRDefault="00974517" w:rsidP="0062142A">
            <w:pPr>
              <w:spacing w:after="20" w:line="240" w:lineRule="auto"/>
              <w:rPr>
                <w:b/>
                <w:bCs/>
                <w:sz w:val="22"/>
              </w:rPr>
            </w:pPr>
            <w:r w:rsidRPr="00112D37">
              <w:rPr>
                <w:bCs/>
                <w:sz w:val="18"/>
              </w:rPr>
              <w:t xml:space="preserve">expression, trash/kitsch, pale imitation, be impressed, entertain, contribute to education, make life more interesting, stimulate the imagination, influence positively, enrich one´s mind, challenge one´s imagination </w:t>
            </w:r>
          </w:p>
          <w:p w14:paraId="24EA5F83" w14:textId="77777777" w:rsidR="007243BE" w:rsidRPr="00112D37" w:rsidRDefault="00974517" w:rsidP="0062142A">
            <w:pPr>
              <w:spacing w:after="20" w:line="240" w:lineRule="auto"/>
              <w:rPr>
                <w:b/>
                <w:bCs/>
                <w:sz w:val="22"/>
              </w:rPr>
            </w:pPr>
            <w:r w:rsidRPr="00112D37">
              <w:rPr>
                <w:bCs/>
                <w:sz w:val="18"/>
              </w:rPr>
              <w:t>trade fair, book/craft/job fair, expo, exposition, festival , art gallery, botanical garden, park, see an exhibition, exhibit, display, be on exhibition, fairground, hold, dog show, section, free admission, exhibitor, guide, live broadcast, cable/satellite TV, telly, current affairs, serial, series,episode, quiz master, announcer/presenter/host, chat/talk/variety/reality show, viewing habits, provide information,</w:t>
            </w:r>
          </w:p>
          <w:p w14:paraId="4E5ED897" w14:textId="77777777" w:rsidR="007243BE" w:rsidRPr="00112D37" w:rsidRDefault="00974517" w:rsidP="0062142A">
            <w:pPr>
              <w:spacing w:after="20" w:line="240" w:lineRule="auto"/>
              <w:rPr>
                <w:b/>
                <w:bCs/>
                <w:sz w:val="22"/>
              </w:rPr>
            </w:pPr>
            <w:r w:rsidRPr="00112D37">
              <w:rPr>
                <w:bCs/>
                <w:sz w:val="18"/>
              </w:rPr>
              <w:t xml:space="preserve">worldwide web, file, chat, database, word processor, , e-mail address, dot, </w:t>
            </w:r>
          </w:p>
          <w:p w14:paraId="27A7F4F2" w14:textId="77777777" w:rsidR="007243BE" w:rsidRPr="00112D37" w:rsidRDefault="00974517" w:rsidP="0062142A">
            <w:pPr>
              <w:spacing w:after="20" w:line="240" w:lineRule="auto"/>
              <w:rPr>
                <w:b/>
                <w:bCs/>
                <w:sz w:val="22"/>
              </w:rPr>
            </w:pPr>
            <w:r w:rsidRPr="00112D37">
              <w:rPr>
                <w:bCs/>
                <w:sz w:val="18"/>
              </w:rPr>
              <w:t xml:space="preserve">printed media, editor, columnist, owner, cartoonist, freelance journalist, correspondent, journal, periodical, feature, gossip column, cartoon strip, circulation, annually, independent, </w:t>
            </w:r>
          </w:p>
          <w:p w14:paraId="716CA474" w14:textId="77777777" w:rsidR="007243BE" w:rsidRPr="00112D37" w:rsidRDefault="00974517" w:rsidP="0062142A">
            <w:pPr>
              <w:spacing w:after="20" w:line="240" w:lineRule="auto"/>
              <w:rPr>
                <w:b/>
                <w:bCs/>
                <w:sz w:val="22"/>
              </w:rPr>
            </w:pPr>
            <w:r w:rsidRPr="00112D37">
              <w:rPr>
                <w:bCs/>
                <w:sz w:val="18"/>
              </w:rPr>
              <w:t xml:space="preserve">edit, skim through, switch over, turn up/down, browse, poetry, setting, plot, conflict, idea, paperback, hardback, encyclopedia, dramatist, poet, review, critic, introduction, chapter, supplement, volume, manual, travel book, publish a book, bestseller, exciting, depressing, boring, entertaining, recommend, leisure time, do-it-yourself, antiques, pottery, amateur, sewing, embroidery, choir, redecorate, have a day out, live entertainment, multi-screen cinema, arranging flowers, coral viewing, bird watching, batik printing, weaving </w:t>
            </w:r>
          </w:p>
          <w:p w14:paraId="6FEDED59" w14:textId="77777777" w:rsidR="007243BE" w:rsidRPr="00112D37" w:rsidRDefault="00974517" w:rsidP="0062142A">
            <w:pPr>
              <w:spacing w:after="20" w:line="240" w:lineRule="auto"/>
              <w:rPr>
                <w:b/>
                <w:bCs/>
                <w:sz w:val="22"/>
              </w:rPr>
            </w:pPr>
            <w:r w:rsidRPr="00112D37">
              <w:rPr>
                <w:bCs/>
                <w:sz w:val="18"/>
              </w:rPr>
              <w:t xml:space="preserve">take up, give up, enter the competition, relaxation, challenge, prefer to, go in for, delightful impression </w:t>
            </w:r>
          </w:p>
        </w:tc>
      </w:tr>
      <w:tr w:rsidR="007243BE" w:rsidRPr="00727A71" w14:paraId="1197E907" w14:textId="77777777" w:rsidTr="0062142A">
        <w:trPr>
          <w:cantSplit/>
          <w:jc w:val="center"/>
        </w:trPr>
        <w:tc>
          <w:tcPr>
            <w:tcW w:w="2346" w:type="dxa"/>
          </w:tcPr>
          <w:p w14:paraId="39332D09" w14:textId="77777777" w:rsidR="007243BE" w:rsidRPr="00727A71" w:rsidRDefault="00974517" w:rsidP="0062142A">
            <w:pPr>
              <w:spacing w:after="20" w:line="240" w:lineRule="auto"/>
              <w:rPr>
                <w:b/>
                <w:bCs/>
                <w:sz w:val="22"/>
              </w:rPr>
            </w:pPr>
            <w:r w:rsidRPr="00727A71">
              <w:rPr>
                <w:bCs/>
                <w:sz w:val="18"/>
              </w:rPr>
              <w:lastRenderedPageBreak/>
              <w:t xml:space="preserve">7 Voľný čas a záľuby </w:t>
            </w:r>
          </w:p>
          <w:p w14:paraId="7B537CBF" w14:textId="77777777" w:rsidR="007243BE" w:rsidRPr="00727A71" w:rsidRDefault="00974517" w:rsidP="0062142A">
            <w:pPr>
              <w:spacing w:after="20" w:line="240" w:lineRule="auto"/>
              <w:rPr>
                <w:sz w:val="22"/>
              </w:rPr>
            </w:pPr>
            <w:r w:rsidRPr="00727A71">
              <w:rPr>
                <w:sz w:val="18"/>
              </w:rPr>
              <w:t xml:space="preserve">- Záľuby </w:t>
            </w:r>
          </w:p>
          <w:p w14:paraId="4CE59A5B" w14:textId="77777777" w:rsidR="007243BE" w:rsidRPr="00727A71" w:rsidRDefault="00974517" w:rsidP="0062142A">
            <w:pPr>
              <w:spacing w:after="20" w:line="240" w:lineRule="auto"/>
              <w:rPr>
                <w:sz w:val="22"/>
              </w:rPr>
            </w:pPr>
            <w:r w:rsidRPr="00727A71">
              <w:rPr>
                <w:sz w:val="18"/>
              </w:rPr>
              <w:t xml:space="preserve">- Knihy a čítanie </w:t>
            </w:r>
          </w:p>
          <w:p w14:paraId="1F5F6F59" w14:textId="77777777" w:rsidR="007243BE" w:rsidRPr="00727A71" w:rsidRDefault="00974517" w:rsidP="0062142A">
            <w:pPr>
              <w:spacing w:after="20" w:line="240" w:lineRule="auto"/>
              <w:rPr>
                <w:sz w:val="22"/>
              </w:rPr>
            </w:pPr>
            <w:r w:rsidRPr="00727A71">
              <w:rPr>
                <w:sz w:val="18"/>
              </w:rPr>
              <w:t xml:space="preserve">- Rozhlas, televízia a internet </w:t>
            </w:r>
          </w:p>
          <w:p w14:paraId="2B3F7E74" w14:textId="77777777" w:rsidR="007243BE" w:rsidRPr="00727A71" w:rsidRDefault="00974517" w:rsidP="0062142A">
            <w:pPr>
              <w:spacing w:after="20" w:line="240" w:lineRule="auto"/>
              <w:rPr>
                <w:sz w:val="22"/>
              </w:rPr>
            </w:pPr>
            <w:r w:rsidRPr="00727A71">
              <w:rPr>
                <w:sz w:val="18"/>
              </w:rPr>
              <w:t xml:space="preserve">- Výstavy a veľtrhy </w:t>
            </w:r>
          </w:p>
          <w:p w14:paraId="3DE2E8CE" w14:textId="77777777" w:rsidR="007243BE" w:rsidRPr="00727A71" w:rsidRDefault="00974517" w:rsidP="0062142A">
            <w:pPr>
              <w:spacing w:after="20" w:line="240" w:lineRule="auto"/>
              <w:rPr>
                <w:sz w:val="22"/>
              </w:rPr>
            </w:pPr>
            <w:r w:rsidRPr="00727A71">
              <w:rPr>
                <w:sz w:val="18"/>
              </w:rPr>
              <w:t>-Kultúra a jej vplyv na človeka</w:t>
            </w:r>
          </w:p>
          <w:p w14:paraId="4509F74F" w14:textId="77777777" w:rsidR="007243BE" w:rsidRPr="00727A71" w:rsidRDefault="00974517" w:rsidP="0062142A">
            <w:pPr>
              <w:spacing w:after="20" w:line="240" w:lineRule="auto"/>
              <w:rPr>
                <w:sz w:val="22"/>
              </w:rPr>
            </w:pPr>
            <w:r w:rsidRPr="00727A71">
              <w:rPr>
                <w:sz w:val="18"/>
              </w:rPr>
              <w:t>- umenie a rozvoj osobnosti</w:t>
            </w:r>
          </w:p>
          <w:p w14:paraId="2A616EB0" w14:textId="77777777" w:rsidR="007243BE" w:rsidRPr="00727A71" w:rsidRDefault="00B15A04" w:rsidP="0062142A">
            <w:pPr>
              <w:spacing w:after="20" w:line="240" w:lineRule="auto"/>
              <w:rPr>
                <w:b/>
                <w:bCs/>
                <w:sz w:val="22"/>
              </w:rPr>
            </w:pPr>
          </w:p>
        </w:tc>
        <w:tc>
          <w:tcPr>
            <w:tcW w:w="3240" w:type="dxa"/>
          </w:tcPr>
          <w:p w14:paraId="76E0195F" w14:textId="77777777" w:rsidR="007243BE" w:rsidRPr="00727A71" w:rsidRDefault="00974517" w:rsidP="0062142A">
            <w:pPr>
              <w:spacing w:after="20" w:line="240" w:lineRule="auto"/>
              <w:rPr>
                <w:b/>
                <w:bCs/>
                <w:sz w:val="22"/>
              </w:rPr>
            </w:pPr>
            <w:r w:rsidRPr="00727A71">
              <w:rPr>
                <w:bCs/>
                <w:sz w:val="18"/>
              </w:rPr>
              <w:t>Záľuby</w:t>
            </w:r>
          </w:p>
          <w:p w14:paraId="0E3A3DA3" w14:textId="77777777" w:rsidR="007243BE" w:rsidRPr="00727A71" w:rsidRDefault="00974517" w:rsidP="0062142A">
            <w:pPr>
              <w:spacing w:after="20" w:line="240" w:lineRule="auto"/>
              <w:rPr>
                <w:sz w:val="22"/>
              </w:rPr>
            </w:pPr>
            <w:r w:rsidRPr="00727A71">
              <w:rPr>
                <w:sz w:val="18"/>
              </w:rPr>
              <w:t>hobby, photography, stamp collecting, keeping pets, reading, playing, computer games/ dominoes/a musical instrument/chess, collecting badges/pop-star photos, model-making, board games, spare time, join a club</w:t>
            </w:r>
          </w:p>
          <w:p w14:paraId="6B5B4DE2" w14:textId="77777777" w:rsidR="007243BE" w:rsidRPr="00727A71" w:rsidRDefault="00B15A04" w:rsidP="0062142A">
            <w:pPr>
              <w:spacing w:after="20" w:line="240" w:lineRule="auto"/>
              <w:rPr>
                <w:b/>
                <w:bCs/>
                <w:sz w:val="22"/>
              </w:rPr>
            </w:pPr>
          </w:p>
        </w:tc>
        <w:tc>
          <w:tcPr>
            <w:tcW w:w="3702" w:type="dxa"/>
          </w:tcPr>
          <w:p w14:paraId="28C7D5BB" w14:textId="77777777" w:rsidR="007243BE" w:rsidRPr="00727A71" w:rsidRDefault="00974517" w:rsidP="0062142A">
            <w:pPr>
              <w:spacing w:after="20" w:line="240" w:lineRule="auto"/>
              <w:rPr>
                <w:b/>
                <w:bCs/>
                <w:sz w:val="22"/>
              </w:rPr>
            </w:pPr>
            <w:r w:rsidRPr="00727A71">
              <w:rPr>
                <w:bCs/>
                <w:sz w:val="18"/>
              </w:rPr>
              <w:t>Knihy a čítanie</w:t>
            </w:r>
          </w:p>
          <w:p w14:paraId="155F3FE0" w14:textId="77777777" w:rsidR="007243BE" w:rsidRPr="00727A71" w:rsidRDefault="00974517" w:rsidP="0062142A">
            <w:pPr>
              <w:spacing w:after="20" w:line="240" w:lineRule="auto"/>
              <w:rPr>
                <w:b/>
                <w:bCs/>
                <w:sz w:val="22"/>
              </w:rPr>
            </w:pPr>
            <w:r w:rsidRPr="00727A71">
              <w:rPr>
                <w:bCs/>
                <w:sz w:val="18"/>
              </w:rPr>
              <w:t>Rozhlas a televízia</w:t>
            </w:r>
          </w:p>
          <w:p w14:paraId="02223F28" w14:textId="77777777" w:rsidR="007243BE" w:rsidRPr="00727A71" w:rsidRDefault="00974517" w:rsidP="0062142A">
            <w:pPr>
              <w:spacing w:after="20" w:line="240" w:lineRule="auto"/>
              <w:rPr>
                <w:sz w:val="22"/>
              </w:rPr>
            </w:pPr>
            <w:r w:rsidRPr="00727A71">
              <w:rPr>
                <w:sz w:val="18"/>
              </w:rPr>
              <w:t xml:space="preserve">perceive the world, sense of beauty, creativity, artistic </w:t>
            </w:r>
          </w:p>
          <w:p w14:paraId="76DD9FA5" w14:textId="77777777" w:rsidR="007243BE" w:rsidRPr="00727A71" w:rsidRDefault="00974517" w:rsidP="0062142A">
            <w:pPr>
              <w:spacing w:after="20" w:line="240" w:lineRule="auto"/>
              <w:rPr>
                <w:sz w:val="22"/>
              </w:rPr>
            </w:pPr>
            <w:r w:rsidRPr="00727A71">
              <w:rPr>
                <w:sz w:val="18"/>
              </w:rPr>
              <w:t xml:space="preserve">expression, trash/kitsch, pale imitation, be impressed, entertain, contribute to education, make life more interesting, stimulate the imagination, influence positively, enrich one´s mind, challenge one´s imagination </w:t>
            </w:r>
          </w:p>
          <w:p w14:paraId="2F426D0A" w14:textId="77777777" w:rsidR="007243BE" w:rsidRPr="00727A71" w:rsidRDefault="00974517" w:rsidP="0062142A">
            <w:pPr>
              <w:spacing w:after="20" w:line="240" w:lineRule="auto"/>
              <w:rPr>
                <w:sz w:val="22"/>
              </w:rPr>
            </w:pPr>
            <w:r w:rsidRPr="00727A71">
              <w:rPr>
                <w:sz w:val="18"/>
              </w:rPr>
              <w:t>trade fair, book/craft/job fair, expo, exposition, festival , art gallery, botanical garden, park, see an exhibition, exhibit, display, be on exhibition, fairground, hold, dog show, section, free admission, exhibitor, guide, live broadcast, cable/satellite TV, telly, current affairs, serial, series,episode, quiz master, announcer/presenter/host, chat/talk/variety/reality show, viewing habits, provide information,</w:t>
            </w:r>
          </w:p>
          <w:p w14:paraId="225DD900" w14:textId="77777777" w:rsidR="007243BE" w:rsidRPr="00727A71" w:rsidRDefault="00974517" w:rsidP="0062142A">
            <w:pPr>
              <w:spacing w:after="20" w:line="240" w:lineRule="auto"/>
              <w:rPr>
                <w:sz w:val="22"/>
              </w:rPr>
            </w:pPr>
            <w:r w:rsidRPr="00727A71">
              <w:rPr>
                <w:sz w:val="18"/>
              </w:rPr>
              <w:t xml:space="preserve">worldwide web, file, chat, database, word processor, , e-mail address, dot, </w:t>
            </w:r>
          </w:p>
          <w:p w14:paraId="055A899B" w14:textId="77777777" w:rsidR="007243BE" w:rsidRPr="00727A71" w:rsidRDefault="00974517" w:rsidP="0062142A">
            <w:pPr>
              <w:spacing w:after="20" w:line="240" w:lineRule="auto"/>
              <w:rPr>
                <w:sz w:val="22"/>
              </w:rPr>
            </w:pPr>
            <w:r w:rsidRPr="00727A71">
              <w:rPr>
                <w:sz w:val="18"/>
              </w:rPr>
              <w:t xml:space="preserve">printed media, editor, columnist, owner, cartoonist, freelance journalist, correspondent, journal, periodical, feature, gossip column, cartoon strip, circulation, annually, independent, </w:t>
            </w:r>
          </w:p>
          <w:p w14:paraId="7D5DA00D" w14:textId="77777777" w:rsidR="007243BE" w:rsidRPr="00727A71" w:rsidRDefault="00974517" w:rsidP="0062142A">
            <w:pPr>
              <w:spacing w:after="20" w:line="240" w:lineRule="auto"/>
              <w:rPr>
                <w:sz w:val="22"/>
              </w:rPr>
            </w:pPr>
            <w:r w:rsidRPr="00727A71">
              <w:rPr>
                <w:sz w:val="18"/>
              </w:rPr>
              <w:t xml:space="preserve">edit, skim through, switch over, turn up/down, browse, poetry, setting, plot, conflict, idea, paperback, hardback, encyclopedia, dramatist, poet, review, critic, introduction, chapter, supplement, volume, manual, travel book, publish a book, bestseller, exciting, depressing, boring, entertaining, recommend, leisure time, do-it-yourself, antiques, pottery, amateur, sewing, embroidery, choir, redecorate, have a day out, live entertainment, multi-screen cinema, arranging flowers, coral viewing, bird watching, batik printing, weaving </w:t>
            </w:r>
          </w:p>
          <w:p w14:paraId="0BD1FB07" w14:textId="77777777" w:rsidR="007243BE" w:rsidRPr="00727A71" w:rsidRDefault="00974517" w:rsidP="0062142A">
            <w:pPr>
              <w:spacing w:after="20" w:line="240" w:lineRule="auto"/>
              <w:rPr>
                <w:sz w:val="22"/>
              </w:rPr>
            </w:pPr>
            <w:r w:rsidRPr="00727A71">
              <w:rPr>
                <w:sz w:val="18"/>
              </w:rPr>
              <w:t xml:space="preserve">take up, give up, enter the competition, relaxation, challenge, prefer to, go in for, delightful impression </w:t>
            </w:r>
          </w:p>
        </w:tc>
      </w:tr>
      <w:tr w:rsidR="007243BE" w:rsidRPr="00727A71" w14:paraId="2E5ED1D0" w14:textId="77777777" w:rsidTr="0062142A">
        <w:trPr>
          <w:cantSplit/>
          <w:jc w:val="center"/>
        </w:trPr>
        <w:tc>
          <w:tcPr>
            <w:tcW w:w="2346" w:type="dxa"/>
          </w:tcPr>
          <w:p w14:paraId="0BD36ED6" w14:textId="77777777" w:rsidR="007243BE" w:rsidRPr="00727A71" w:rsidRDefault="00974517" w:rsidP="0062142A">
            <w:pPr>
              <w:spacing w:after="20" w:line="240" w:lineRule="auto"/>
              <w:rPr>
                <w:b/>
                <w:bCs/>
                <w:sz w:val="22"/>
              </w:rPr>
            </w:pPr>
            <w:r w:rsidRPr="00727A71">
              <w:rPr>
                <w:bCs/>
                <w:sz w:val="18"/>
              </w:rPr>
              <w:t xml:space="preserve">8 Stravovanie </w:t>
            </w:r>
          </w:p>
          <w:p w14:paraId="494FD18C" w14:textId="77777777" w:rsidR="007243BE" w:rsidRPr="00727A71" w:rsidRDefault="00974517" w:rsidP="0062142A">
            <w:pPr>
              <w:spacing w:after="20" w:line="240" w:lineRule="auto"/>
              <w:rPr>
                <w:sz w:val="22"/>
              </w:rPr>
            </w:pPr>
            <w:r w:rsidRPr="00727A71">
              <w:rPr>
                <w:sz w:val="18"/>
              </w:rPr>
              <w:t xml:space="preserve">- Stravovacie návyky </w:t>
            </w:r>
          </w:p>
          <w:p w14:paraId="1626BE7B" w14:textId="77777777" w:rsidR="007243BE" w:rsidRPr="00727A71" w:rsidRDefault="00974517" w:rsidP="0062142A">
            <w:pPr>
              <w:spacing w:after="20" w:line="240" w:lineRule="auto"/>
              <w:rPr>
                <w:sz w:val="22"/>
              </w:rPr>
            </w:pPr>
            <w:r w:rsidRPr="00727A71">
              <w:rPr>
                <w:sz w:val="18"/>
              </w:rPr>
              <w:t xml:space="preserve">- Mäso a mäsové výrobky </w:t>
            </w:r>
          </w:p>
          <w:p w14:paraId="67662742" w14:textId="77777777" w:rsidR="007243BE" w:rsidRPr="00727A71" w:rsidRDefault="00974517" w:rsidP="0062142A">
            <w:pPr>
              <w:spacing w:after="20" w:line="240" w:lineRule="auto"/>
              <w:rPr>
                <w:sz w:val="22"/>
              </w:rPr>
            </w:pPr>
            <w:r w:rsidRPr="00727A71">
              <w:rPr>
                <w:sz w:val="18"/>
              </w:rPr>
              <w:t xml:space="preserve">- Zelenina a ovocie </w:t>
            </w:r>
          </w:p>
          <w:p w14:paraId="54FD001E" w14:textId="77777777" w:rsidR="007243BE" w:rsidRPr="00727A71" w:rsidRDefault="00974517" w:rsidP="0062142A">
            <w:pPr>
              <w:spacing w:after="20" w:line="240" w:lineRule="auto"/>
              <w:rPr>
                <w:sz w:val="22"/>
              </w:rPr>
            </w:pPr>
            <w:r w:rsidRPr="00727A71">
              <w:rPr>
                <w:sz w:val="18"/>
              </w:rPr>
              <w:t xml:space="preserve">- Nápoje </w:t>
            </w:r>
          </w:p>
          <w:p w14:paraId="08FA6362" w14:textId="77777777" w:rsidR="007243BE" w:rsidRPr="00727A71" w:rsidRDefault="00974517" w:rsidP="0062142A">
            <w:pPr>
              <w:spacing w:after="20" w:line="240" w:lineRule="auto"/>
              <w:rPr>
                <w:sz w:val="22"/>
              </w:rPr>
            </w:pPr>
            <w:r w:rsidRPr="00727A71">
              <w:rPr>
                <w:sz w:val="18"/>
              </w:rPr>
              <w:t xml:space="preserve">- Cestoviny a múčne výrobky </w:t>
            </w:r>
          </w:p>
          <w:p w14:paraId="08C349F9" w14:textId="77777777" w:rsidR="007243BE" w:rsidRPr="00727A71" w:rsidRDefault="00974517" w:rsidP="0062142A">
            <w:pPr>
              <w:spacing w:after="20" w:line="240" w:lineRule="auto"/>
              <w:rPr>
                <w:sz w:val="22"/>
              </w:rPr>
            </w:pPr>
            <w:r w:rsidRPr="00727A71">
              <w:rPr>
                <w:sz w:val="18"/>
              </w:rPr>
              <w:t xml:space="preserve">- Mliečne výrobky </w:t>
            </w:r>
          </w:p>
          <w:p w14:paraId="46F97EBE" w14:textId="77777777" w:rsidR="007243BE" w:rsidRPr="00727A71" w:rsidRDefault="00974517" w:rsidP="0062142A">
            <w:pPr>
              <w:spacing w:after="20" w:line="240" w:lineRule="auto"/>
              <w:rPr>
                <w:sz w:val="22"/>
              </w:rPr>
            </w:pPr>
            <w:r w:rsidRPr="00727A71">
              <w:rPr>
                <w:sz w:val="18"/>
              </w:rPr>
              <w:t xml:space="preserve">- Stravovacie zariadenia </w:t>
            </w:r>
          </w:p>
          <w:p w14:paraId="6C801C15" w14:textId="77777777" w:rsidR="007243BE" w:rsidRPr="00727A71" w:rsidRDefault="00974517" w:rsidP="0062142A">
            <w:pPr>
              <w:spacing w:after="20" w:line="240" w:lineRule="auto"/>
              <w:rPr>
                <w:sz w:val="22"/>
              </w:rPr>
            </w:pPr>
            <w:r w:rsidRPr="00727A71">
              <w:rPr>
                <w:sz w:val="18"/>
              </w:rPr>
              <w:t xml:space="preserve">- Príprava jedál </w:t>
            </w:r>
          </w:p>
          <w:p w14:paraId="09C24266" w14:textId="77777777" w:rsidR="007243BE" w:rsidRPr="00727A71" w:rsidRDefault="00974517" w:rsidP="0062142A">
            <w:pPr>
              <w:spacing w:after="20" w:line="240" w:lineRule="auto"/>
              <w:rPr>
                <w:sz w:val="22"/>
              </w:rPr>
            </w:pPr>
            <w:r w:rsidRPr="00727A71">
              <w:rPr>
                <w:sz w:val="18"/>
              </w:rPr>
              <w:t xml:space="preserve">- Kultúra stolovania </w:t>
            </w:r>
          </w:p>
          <w:p w14:paraId="7C7A04C3" w14:textId="77777777" w:rsidR="007243BE" w:rsidRPr="00727A71" w:rsidRDefault="00974517" w:rsidP="0062142A">
            <w:pPr>
              <w:spacing w:after="20" w:line="240" w:lineRule="auto"/>
              <w:rPr>
                <w:sz w:val="22"/>
              </w:rPr>
            </w:pPr>
            <w:r w:rsidRPr="00727A71">
              <w:rPr>
                <w:sz w:val="18"/>
              </w:rPr>
              <w:t>-Zdravá výživa</w:t>
            </w:r>
          </w:p>
          <w:p w14:paraId="7015B881" w14:textId="77777777" w:rsidR="007243BE" w:rsidRPr="00727A71" w:rsidRDefault="00B15A04" w:rsidP="0062142A">
            <w:pPr>
              <w:spacing w:after="20" w:line="240" w:lineRule="auto"/>
              <w:rPr>
                <w:b/>
                <w:bCs/>
                <w:sz w:val="22"/>
              </w:rPr>
            </w:pPr>
          </w:p>
        </w:tc>
        <w:tc>
          <w:tcPr>
            <w:tcW w:w="3240" w:type="dxa"/>
          </w:tcPr>
          <w:p w14:paraId="0C541CE2" w14:textId="77777777" w:rsidR="007243BE" w:rsidRPr="00727A71" w:rsidRDefault="00974517" w:rsidP="0062142A">
            <w:pPr>
              <w:spacing w:after="20" w:line="240" w:lineRule="auto"/>
              <w:rPr>
                <w:sz w:val="22"/>
              </w:rPr>
            </w:pPr>
            <w:r w:rsidRPr="00727A71">
              <w:rPr>
                <w:bCs/>
                <w:sz w:val="18"/>
              </w:rPr>
              <w:t xml:space="preserve">Stravovacie návyky </w:t>
            </w:r>
          </w:p>
          <w:p w14:paraId="11E4D2DC" w14:textId="77777777" w:rsidR="007243BE" w:rsidRPr="00727A71" w:rsidRDefault="00974517" w:rsidP="0062142A">
            <w:pPr>
              <w:spacing w:after="20" w:line="240" w:lineRule="auto"/>
              <w:rPr>
                <w:sz w:val="22"/>
              </w:rPr>
            </w:pPr>
            <w:r w:rsidRPr="00727A71">
              <w:rPr>
                <w:bCs/>
                <w:sz w:val="18"/>
              </w:rPr>
              <w:t xml:space="preserve">Mäso a mäsové výrobky </w:t>
            </w:r>
          </w:p>
          <w:p w14:paraId="127A03B6" w14:textId="77777777" w:rsidR="007243BE" w:rsidRPr="00727A71" w:rsidRDefault="00974517" w:rsidP="0062142A">
            <w:pPr>
              <w:spacing w:after="20" w:line="240" w:lineRule="auto"/>
              <w:rPr>
                <w:b/>
                <w:bCs/>
                <w:sz w:val="22"/>
              </w:rPr>
            </w:pPr>
            <w:r w:rsidRPr="00727A71">
              <w:rPr>
                <w:bCs/>
                <w:sz w:val="18"/>
              </w:rPr>
              <w:t xml:space="preserve">Zelenina a ovocie </w:t>
            </w:r>
          </w:p>
          <w:p w14:paraId="6DED2306" w14:textId="77777777" w:rsidR="007243BE" w:rsidRPr="00727A71" w:rsidRDefault="00974517" w:rsidP="0062142A">
            <w:pPr>
              <w:spacing w:after="20" w:line="240" w:lineRule="auto"/>
              <w:rPr>
                <w:b/>
                <w:bCs/>
                <w:sz w:val="22"/>
              </w:rPr>
            </w:pPr>
            <w:r w:rsidRPr="00727A71">
              <w:rPr>
                <w:bCs/>
                <w:sz w:val="18"/>
              </w:rPr>
              <w:t>Nápoje</w:t>
            </w:r>
          </w:p>
          <w:p w14:paraId="3D658914" w14:textId="77777777" w:rsidR="007243BE" w:rsidRPr="00727A71" w:rsidRDefault="00974517" w:rsidP="0062142A">
            <w:pPr>
              <w:spacing w:after="20" w:line="240" w:lineRule="auto"/>
              <w:rPr>
                <w:sz w:val="22"/>
              </w:rPr>
            </w:pPr>
            <w:r w:rsidRPr="00727A71">
              <w:rPr>
                <w:sz w:val="18"/>
              </w:rPr>
              <w:t xml:space="preserve">food, meal, breakfast, lunch, dinner, supper, </w:t>
            </w:r>
          </w:p>
          <w:p w14:paraId="7B488D51" w14:textId="77777777" w:rsidR="007243BE" w:rsidRPr="00727A71" w:rsidRDefault="00974517" w:rsidP="0062142A">
            <w:pPr>
              <w:spacing w:after="20" w:line="240" w:lineRule="auto"/>
              <w:rPr>
                <w:sz w:val="22"/>
              </w:rPr>
            </w:pPr>
            <w:r w:rsidRPr="00727A71">
              <w:rPr>
                <w:sz w:val="18"/>
              </w:rPr>
              <w:t xml:space="preserve">fast food, restaurant, be hungry, thirsty </w:t>
            </w:r>
          </w:p>
          <w:p w14:paraId="29626073" w14:textId="77777777" w:rsidR="007243BE" w:rsidRPr="00727A71" w:rsidRDefault="00974517" w:rsidP="0062142A">
            <w:pPr>
              <w:spacing w:after="20" w:line="240" w:lineRule="auto"/>
              <w:rPr>
                <w:sz w:val="22"/>
              </w:rPr>
            </w:pPr>
            <w:r w:rsidRPr="00727A71">
              <w:rPr>
                <w:sz w:val="18"/>
              </w:rPr>
              <w:t>eat, drink, cook, meat, sausages, egg, chicken, fish, hot dog, hamburger, fruit, apple, orange, lemon, banana, pear, peach, cherry, vegetable, carrot, tomato, potato, bean, pea, pepper, onion, mineral water, milk, tea, coffee, fruit juice,</w:t>
            </w:r>
          </w:p>
          <w:p w14:paraId="3E1AF7B7" w14:textId="77777777" w:rsidR="007243BE" w:rsidRPr="00727A71" w:rsidRDefault="00974517" w:rsidP="0062142A">
            <w:pPr>
              <w:spacing w:after="20" w:line="240" w:lineRule="auto"/>
              <w:rPr>
                <w:sz w:val="22"/>
              </w:rPr>
            </w:pPr>
            <w:r w:rsidRPr="00727A71">
              <w:rPr>
                <w:sz w:val="18"/>
              </w:rPr>
              <w:t xml:space="preserve">cold, hot, </w:t>
            </w:r>
          </w:p>
          <w:p w14:paraId="2B9DFC73" w14:textId="77777777" w:rsidR="007243BE" w:rsidRPr="00727A71" w:rsidRDefault="00974517" w:rsidP="0062142A">
            <w:pPr>
              <w:spacing w:after="20" w:line="240" w:lineRule="auto"/>
              <w:rPr>
                <w:sz w:val="22"/>
              </w:rPr>
            </w:pPr>
            <w:r w:rsidRPr="00727A71">
              <w:rPr>
                <w:sz w:val="18"/>
              </w:rPr>
              <w:t xml:space="preserve">pour, have a drink, </w:t>
            </w:r>
          </w:p>
          <w:p w14:paraId="66EAA0DD" w14:textId="77777777" w:rsidR="007243BE" w:rsidRPr="00727A71" w:rsidRDefault="00B15A04" w:rsidP="0062142A">
            <w:pPr>
              <w:spacing w:after="20" w:line="240" w:lineRule="auto"/>
              <w:rPr>
                <w:sz w:val="22"/>
              </w:rPr>
            </w:pPr>
          </w:p>
        </w:tc>
        <w:tc>
          <w:tcPr>
            <w:tcW w:w="3702" w:type="dxa"/>
          </w:tcPr>
          <w:p w14:paraId="522A3D5D" w14:textId="77777777" w:rsidR="007243BE" w:rsidRPr="00727A71" w:rsidRDefault="00974517" w:rsidP="0062142A">
            <w:pPr>
              <w:spacing w:after="20" w:line="240" w:lineRule="auto"/>
              <w:rPr>
                <w:sz w:val="22"/>
              </w:rPr>
            </w:pPr>
            <w:r w:rsidRPr="00727A71">
              <w:rPr>
                <w:bCs/>
                <w:sz w:val="18"/>
              </w:rPr>
              <w:t xml:space="preserve">Stravovacie návyky </w:t>
            </w:r>
          </w:p>
          <w:p w14:paraId="3980F506" w14:textId="77777777" w:rsidR="007243BE" w:rsidRPr="00727A71" w:rsidRDefault="00974517" w:rsidP="0062142A">
            <w:pPr>
              <w:spacing w:after="20" w:line="240" w:lineRule="auto"/>
              <w:rPr>
                <w:sz w:val="22"/>
              </w:rPr>
            </w:pPr>
            <w:r w:rsidRPr="00727A71">
              <w:rPr>
                <w:bCs/>
                <w:sz w:val="18"/>
              </w:rPr>
              <w:t xml:space="preserve">Mäso a mäsové výrobky </w:t>
            </w:r>
          </w:p>
          <w:p w14:paraId="2344B1A9" w14:textId="77777777" w:rsidR="007243BE" w:rsidRPr="00727A71" w:rsidRDefault="00974517" w:rsidP="0062142A">
            <w:pPr>
              <w:spacing w:after="20" w:line="240" w:lineRule="auto"/>
              <w:rPr>
                <w:b/>
                <w:bCs/>
                <w:sz w:val="22"/>
              </w:rPr>
            </w:pPr>
            <w:r w:rsidRPr="00727A71">
              <w:rPr>
                <w:bCs/>
                <w:sz w:val="18"/>
              </w:rPr>
              <w:t xml:space="preserve">Zelenina a ovocie </w:t>
            </w:r>
          </w:p>
          <w:p w14:paraId="1D606901" w14:textId="77777777" w:rsidR="007243BE" w:rsidRPr="00727A71" w:rsidRDefault="00B15A04" w:rsidP="0062142A">
            <w:pPr>
              <w:spacing w:after="20" w:line="240" w:lineRule="auto"/>
              <w:rPr>
                <w:b/>
                <w:bCs/>
                <w:sz w:val="22"/>
              </w:rPr>
            </w:pPr>
          </w:p>
          <w:p w14:paraId="16A8FF37" w14:textId="77777777" w:rsidR="007243BE" w:rsidRPr="00727A71" w:rsidRDefault="00974517" w:rsidP="0062142A">
            <w:pPr>
              <w:spacing w:after="20" w:line="240" w:lineRule="auto"/>
              <w:rPr>
                <w:sz w:val="22"/>
              </w:rPr>
            </w:pPr>
            <w:r w:rsidRPr="00727A71">
              <w:rPr>
                <w:sz w:val="18"/>
              </w:rPr>
              <w:t xml:space="preserve">eating habits, starter, main dish, delicious, taste, lay the table, wash the dishes, have a snack, pork, beef, turkey, bacon, ham, sandwich, seafood, strawberry, grapes, grapefruit, pineapple, plum, apricot, peanut, melon, lettuce, cauliflower, celery, mushroom, cabbage, soft/hard drink, sirup, tonic, milkshake, beer, wine, coke, ice tea, bottle, tin, mix, pasta, spaghetti, pizza, pancakes, </w:t>
            </w:r>
          </w:p>
          <w:p w14:paraId="6C53AF21" w14:textId="77777777" w:rsidR="007243BE" w:rsidRPr="00727A71" w:rsidRDefault="00974517" w:rsidP="0062142A">
            <w:pPr>
              <w:spacing w:after="20" w:line="240" w:lineRule="auto"/>
              <w:rPr>
                <w:sz w:val="22"/>
              </w:rPr>
            </w:pPr>
            <w:r w:rsidRPr="00727A71">
              <w:rPr>
                <w:sz w:val="18"/>
              </w:rPr>
              <w:t xml:space="preserve">cake, pie, dessert, flour, loaf of /fresh bread, </w:t>
            </w:r>
          </w:p>
          <w:p w14:paraId="61727022" w14:textId="77777777" w:rsidR="007243BE" w:rsidRPr="00727A71" w:rsidRDefault="00974517" w:rsidP="0062142A">
            <w:pPr>
              <w:spacing w:after="20" w:line="240" w:lineRule="auto"/>
              <w:rPr>
                <w:sz w:val="22"/>
              </w:rPr>
            </w:pPr>
            <w:r w:rsidRPr="00727A71">
              <w:rPr>
                <w:sz w:val="18"/>
              </w:rPr>
              <w:t xml:space="preserve">piece, margarine </w:t>
            </w:r>
          </w:p>
          <w:p w14:paraId="7E44BEF6" w14:textId="77777777" w:rsidR="007243BE" w:rsidRPr="00727A71" w:rsidRDefault="00B15A04" w:rsidP="0062142A">
            <w:pPr>
              <w:spacing w:after="20" w:line="240" w:lineRule="auto"/>
              <w:rPr>
                <w:b/>
                <w:bCs/>
                <w:sz w:val="22"/>
              </w:rPr>
            </w:pPr>
          </w:p>
        </w:tc>
      </w:tr>
      <w:tr w:rsidR="007243BE" w:rsidRPr="00727A71" w14:paraId="784D14D8" w14:textId="77777777" w:rsidTr="0062142A">
        <w:trPr>
          <w:cantSplit/>
          <w:jc w:val="center"/>
        </w:trPr>
        <w:tc>
          <w:tcPr>
            <w:tcW w:w="2346" w:type="dxa"/>
          </w:tcPr>
          <w:p w14:paraId="06A3E884" w14:textId="77777777" w:rsidR="007243BE" w:rsidRPr="00727A71" w:rsidRDefault="00B15A04" w:rsidP="0062142A">
            <w:pPr>
              <w:spacing w:after="20" w:line="240" w:lineRule="auto"/>
              <w:rPr>
                <w:b/>
                <w:bCs/>
                <w:sz w:val="22"/>
              </w:rPr>
            </w:pPr>
          </w:p>
        </w:tc>
        <w:tc>
          <w:tcPr>
            <w:tcW w:w="3240" w:type="dxa"/>
          </w:tcPr>
          <w:p w14:paraId="591BBC29" w14:textId="77777777" w:rsidR="007243BE" w:rsidRPr="00727A71" w:rsidRDefault="00B15A04" w:rsidP="0062142A">
            <w:pPr>
              <w:spacing w:after="20" w:line="240" w:lineRule="auto"/>
              <w:rPr>
                <w:b/>
                <w:bCs/>
                <w:sz w:val="22"/>
              </w:rPr>
            </w:pPr>
          </w:p>
        </w:tc>
        <w:tc>
          <w:tcPr>
            <w:tcW w:w="3702" w:type="dxa"/>
          </w:tcPr>
          <w:p w14:paraId="180E512E" w14:textId="77777777" w:rsidR="007243BE" w:rsidRPr="00727A71" w:rsidRDefault="00B15A04" w:rsidP="0062142A">
            <w:pPr>
              <w:spacing w:after="20" w:line="240" w:lineRule="auto"/>
              <w:rPr>
                <w:b/>
                <w:bCs/>
                <w:sz w:val="22"/>
              </w:rPr>
            </w:pPr>
          </w:p>
        </w:tc>
      </w:tr>
      <w:tr w:rsidR="007243BE" w:rsidRPr="00727A71" w14:paraId="5962050D" w14:textId="77777777" w:rsidTr="0062142A">
        <w:trPr>
          <w:cantSplit/>
          <w:jc w:val="center"/>
        </w:trPr>
        <w:tc>
          <w:tcPr>
            <w:tcW w:w="2346" w:type="dxa"/>
            <w:tcBorders>
              <w:top w:val="single" w:sz="4" w:space="0" w:color="auto"/>
              <w:left w:val="single" w:sz="4" w:space="0" w:color="auto"/>
              <w:bottom w:val="single" w:sz="4" w:space="0" w:color="auto"/>
              <w:right w:val="single" w:sz="4" w:space="0" w:color="auto"/>
            </w:tcBorders>
          </w:tcPr>
          <w:p w14:paraId="40259915" w14:textId="77777777" w:rsidR="007243BE" w:rsidRPr="00112D37" w:rsidRDefault="00974517" w:rsidP="0062142A">
            <w:pPr>
              <w:spacing w:after="20" w:line="240" w:lineRule="auto"/>
              <w:rPr>
                <w:b/>
                <w:bCs/>
                <w:sz w:val="22"/>
              </w:rPr>
            </w:pPr>
            <w:r w:rsidRPr="00727A71">
              <w:rPr>
                <w:bCs/>
                <w:sz w:val="18"/>
              </w:rPr>
              <w:lastRenderedPageBreak/>
              <w:t xml:space="preserve">9 Multikultúrna </w:t>
            </w:r>
          </w:p>
          <w:p w14:paraId="7D6E82C8" w14:textId="77777777" w:rsidR="007243BE" w:rsidRPr="00727A71" w:rsidRDefault="00974517" w:rsidP="0062142A">
            <w:pPr>
              <w:spacing w:after="20" w:line="240" w:lineRule="auto"/>
              <w:rPr>
                <w:b/>
                <w:bCs/>
                <w:sz w:val="22"/>
              </w:rPr>
            </w:pPr>
            <w:r w:rsidRPr="00727A71">
              <w:rPr>
                <w:bCs/>
                <w:sz w:val="18"/>
              </w:rPr>
              <w:t xml:space="preserve">spoločnosť </w:t>
            </w:r>
          </w:p>
          <w:p w14:paraId="139C2FCA" w14:textId="77777777" w:rsidR="007243BE" w:rsidRPr="00112D37" w:rsidRDefault="00974517" w:rsidP="0062142A">
            <w:pPr>
              <w:spacing w:after="20" w:line="240" w:lineRule="auto"/>
              <w:rPr>
                <w:b/>
                <w:bCs/>
                <w:sz w:val="22"/>
              </w:rPr>
            </w:pPr>
            <w:r w:rsidRPr="00112D37">
              <w:rPr>
                <w:bCs/>
                <w:sz w:val="18"/>
              </w:rPr>
              <w:t xml:space="preserve">- Cudzie jazyky - Rodinné sviatky </w:t>
            </w:r>
          </w:p>
          <w:p w14:paraId="69E2190B" w14:textId="77777777" w:rsidR="007243BE" w:rsidRPr="00112D37" w:rsidRDefault="00974517" w:rsidP="0062142A">
            <w:pPr>
              <w:spacing w:after="20" w:line="240" w:lineRule="auto"/>
              <w:rPr>
                <w:b/>
                <w:bCs/>
                <w:sz w:val="22"/>
              </w:rPr>
            </w:pPr>
            <w:r w:rsidRPr="00112D37">
              <w:rPr>
                <w:bCs/>
                <w:sz w:val="18"/>
              </w:rPr>
              <w:t xml:space="preserve">- Cudzojazyčná komunikácia </w:t>
            </w:r>
          </w:p>
          <w:p w14:paraId="21E7B1D6" w14:textId="77777777" w:rsidR="007243BE" w:rsidRPr="00112D37" w:rsidRDefault="00974517" w:rsidP="0062142A">
            <w:pPr>
              <w:spacing w:after="20" w:line="240" w:lineRule="auto"/>
              <w:rPr>
                <w:b/>
                <w:bCs/>
                <w:sz w:val="22"/>
              </w:rPr>
            </w:pPr>
            <w:r w:rsidRPr="00112D37">
              <w:rPr>
                <w:bCs/>
                <w:sz w:val="18"/>
              </w:rPr>
              <w:t>- Zvyky a tradície v rôznych krajinách</w:t>
            </w:r>
          </w:p>
          <w:p w14:paraId="509E155D" w14:textId="77777777" w:rsidR="007243BE" w:rsidRPr="00112D37" w:rsidRDefault="00B15A04" w:rsidP="0062142A">
            <w:pPr>
              <w:spacing w:after="20" w:line="240" w:lineRule="auto"/>
              <w:rPr>
                <w:b/>
                <w:bCs/>
                <w:sz w:val="22"/>
              </w:rPr>
            </w:pPr>
          </w:p>
          <w:p w14:paraId="5BA67A95" w14:textId="77777777" w:rsidR="007243BE" w:rsidRPr="00727A71" w:rsidRDefault="00B15A04" w:rsidP="0062142A">
            <w:pPr>
              <w:spacing w:after="20" w:line="240" w:lineRule="auto"/>
              <w:rPr>
                <w:b/>
                <w:bCs/>
                <w:sz w:val="22"/>
              </w:rPr>
            </w:pPr>
          </w:p>
        </w:tc>
        <w:tc>
          <w:tcPr>
            <w:tcW w:w="3240" w:type="dxa"/>
            <w:tcBorders>
              <w:top w:val="single" w:sz="4" w:space="0" w:color="auto"/>
              <w:left w:val="single" w:sz="4" w:space="0" w:color="auto"/>
              <w:bottom w:val="single" w:sz="4" w:space="0" w:color="auto"/>
              <w:right w:val="single" w:sz="4" w:space="0" w:color="auto"/>
            </w:tcBorders>
          </w:tcPr>
          <w:p w14:paraId="1CB99241" w14:textId="77777777" w:rsidR="007243BE" w:rsidRPr="00727A71" w:rsidRDefault="00974517" w:rsidP="0062142A">
            <w:pPr>
              <w:spacing w:after="20" w:line="240" w:lineRule="auto"/>
              <w:rPr>
                <w:b/>
                <w:bCs/>
                <w:sz w:val="22"/>
              </w:rPr>
            </w:pPr>
            <w:r w:rsidRPr="00727A71">
              <w:rPr>
                <w:bCs/>
                <w:sz w:val="18"/>
              </w:rPr>
              <w:t>Cudzie jazyky</w:t>
            </w:r>
          </w:p>
          <w:p w14:paraId="162C7F37" w14:textId="77777777" w:rsidR="007243BE" w:rsidRPr="00727A71" w:rsidRDefault="00974517" w:rsidP="0062142A">
            <w:pPr>
              <w:spacing w:after="20" w:line="240" w:lineRule="auto"/>
              <w:rPr>
                <w:b/>
                <w:bCs/>
                <w:sz w:val="22"/>
              </w:rPr>
            </w:pPr>
            <w:r w:rsidRPr="00727A71">
              <w:rPr>
                <w:bCs/>
                <w:sz w:val="18"/>
              </w:rPr>
              <w:t>Rodinné sviatky</w:t>
            </w:r>
          </w:p>
          <w:p w14:paraId="44190BEA" w14:textId="77777777" w:rsidR="007243BE" w:rsidRPr="00727A71" w:rsidRDefault="00974517" w:rsidP="0062142A">
            <w:pPr>
              <w:spacing w:after="20" w:line="240" w:lineRule="auto"/>
              <w:rPr>
                <w:b/>
                <w:bCs/>
                <w:sz w:val="22"/>
              </w:rPr>
            </w:pPr>
            <w:r w:rsidRPr="00112D37">
              <w:rPr>
                <w:bCs/>
                <w:sz w:val="18"/>
              </w:rPr>
              <w:t>Nation, nationality, foreign/mother language,grammar, pronuncation,spelling,different and common words, cultures, family, festivals, church, birthday,wedding, relatives, presents, food, meet, visit, congratulations, cards, Christmas, carol</w:t>
            </w:r>
          </w:p>
          <w:p w14:paraId="0FEAECEC" w14:textId="77777777" w:rsidR="007243BE" w:rsidRPr="00112D37" w:rsidRDefault="00974517" w:rsidP="0062142A">
            <w:pPr>
              <w:spacing w:after="20" w:line="240" w:lineRule="auto"/>
              <w:rPr>
                <w:b/>
                <w:bCs/>
                <w:sz w:val="22"/>
              </w:rPr>
            </w:pPr>
            <w:r w:rsidRPr="00112D37">
              <w:rPr>
                <w:bCs/>
                <w:sz w:val="18"/>
              </w:rPr>
              <w:t xml:space="preserve">buy/ give/ get presents, candles, tree, stars </w:t>
            </w:r>
          </w:p>
          <w:p w14:paraId="428FD634" w14:textId="77777777" w:rsidR="007243BE" w:rsidRPr="00727A71" w:rsidRDefault="00B15A04" w:rsidP="0062142A">
            <w:pPr>
              <w:spacing w:after="20" w:line="240" w:lineRule="auto"/>
              <w:rPr>
                <w:b/>
                <w:bCs/>
                <w:sz w:val="22"/>
              </w:rPr>
            </w:pPr>
          </w:p>
        </w:tc>
        <w:tc>
          <w:tcPr>
            <w:tcW w:w="3702" w:type="dxa"/>
            <w:tcBorders>
              <w:top w:val="single" w:sz="4" w:space="0" w:color="auto"/>
              <w:left w:val="single" w:sz="4" w:space="0" w:color="auto"/>
              <w:bottom w:val="single" w:sz="4" w:space="0" w:color="auto"/>
              <w:right w:val="single" w:sz="4" w:space="0" w:color="auto"/>
            </w:tcBorders>
          </w:tcPr>
          <w:p w14:paraId="231952C6" w14:textId="77777777" w:rsidR="007243BE" w:rsidRPr="00727A71" w:rsidRDefault="00974517" w:rsidP="0062142A">
            <w:pPr>
              <w:spacing w:after="20" w:line="240" w:lineRule="auto"/>
              <w:rPr>
                <w:b/>
                <w:bCs/>
                <w:sz w:val="22"/>
              </w:rPr>
            </w:pPr>
            <w:r w:rsidRPr="00727A71">
              <w:rPr>
                <w:bCs/>
                <w:sz w:val="18"/>
              </w:rPr>
              <w:t>Cudzojazyčná komunikácia</w:t>
            </w:r>
          </w:p>
          <w:p w14:paraId="1D892D27" w14:textId="77777777" w:rsidR="007243BE" w:rsidRPr="00727A71" w:rsidRDefault="00974517" w:rsidP="0062142A">
            <w:pPr>
              <w:spacing w:after="20" w:line="240" w:lineRule="auto"/>
              <w:rPr>
                <w:b/>
                <w:bCs/>
                <w:sz w:val="22"/>
              </w:rPr>
            </w:pPr>
            <w:r w:rsidRPr="00727A71">
              <w:rPr>
                <w:bCs/>
                <w:sz w:val="18"/>
              </w:rPr>
              <w:t>Štátne a cirkevné sviatky</w:t>
            </w:r>
          </w:p>
          <w:p w14:paraId="329605FD" w14:textId="77777777" w:rsidR="007243BE" w:rsidRPr="00727A71" w:rsidRDefault="00974517" w:rsidP="0062142A">
            <w:pPr>
              <w:spacing w:after="20" w:line="240" w:lineRule="auto"/>
              <w:rPr>
                <w:b/>
                <w:bCs/>
                <w:sz w:val="22"/>
              </w:rPr>
            </w:pPr>
            <w:r w:rsidRPr="00112D37">
              <w:rPr>
                <w:bCs/>
                <w:sz w:val="18"/>
              </w:rPr>
              <w:t>original inhabitants, tribes, invasion, languages, new words, new living conditions, anniversary, seasonal, collect, decorate, ornament, mistletoe, holy, invite, invitation, party, organise, entertainment, picnick, barbecue, polite, Thanksgiving , feast, pumpkin pie, importance of studying languages- reasons, job,</w:t>
            </w:r>
          </w:p>
          <w:p w14:paraId="40708610" w14:textId="77777777" w:rsidR="007243BE" w:rsidRPr="00112D37" w:rsidRDefault="00974517" w:rsidP="0062142A">
            <w:pPr>
              <w:spacing w:after="20" w:line="240" w:lineRule="auto"/>
              <w:rPr>
                <w:b/>
                <w:bCs/>
                <w:sz w:val="22"/>
              </w:rPr>
            </w:pPr>
            <w:r w:rsidRPr="00112D37">
              <w:rPr>
                <w:bCs/>
                <w:sz w:val="18"/>
              </w:rPr>
              <w:t xml:space="preserve">invite, spend, watch, dictionary, TV, radio, evening classes, revise </w:t>
            </w:r>
          </w:p>
          <w:p w14:paraId="37D3F4C5" w14:textId="77777777" w:rsidR="007243BE" w:rsidRPr="00727A71" w:rsidRDefault="00B15A04" w:rsidP="0062142A">
            <w:pPr>
              <w:spacing w:after="20" w:line="240" w:lineRule="auto"/>
              <w:rPr>
                <w:b/>
                <w:bCs/>
                <w:sz w:val="22"/>
              </w:rPr>
            </w:pPr>
          </w:p>
        </w:tc>
      </w:tr>
      <w:tr w:rsidR="007243BE" w:rsidRPr="00727A71" w14:paraId="5184172C" w14:textId="77777777" w:rsidTr="0062142A">
        <w:trPr>
          <w:cantSplit/>
          <w:jc w:val="center"/>
        </w:trPr>
        <w:tc>
          <w:tcPr>
            <w:tcW w:w="2346" w:type="dxa"/>
            <w:tcBorders>
              <w:top w:val="single" w:sz="4" w:space="0" w:color="auto"/>
              <w:left w:val="single" w:sz="4" w:space="0" w:color="auto"/>
              <w:bottom w:val="single" w:sz="4" w:space="0" w:color="auto"/>
              <w:right w:val="single" w:sz="4" w:space="0" w:color="auto"/>
            </w:tcBorders>
          </w:tcPr>
          <w:p w14:paraId="2068BB9C" w14:textId="77777777" w:rsidR="007243BE" w:rsidRPr="00727A71" w:rsidRDefault="00974517" w:rsidP="0062142A">
            <w:pPr>
              <w:spacing w:after="20" w:line="240" w:lineRule="auto"/>
              <w:rPr>
                <w:b/>
                <w:bCs/>
                <w:sz w:val="22"/>
              </w:rPr>
            </w:pPr>
            <w:r w:rsidRPr="00727A71">
              <w:rPr>
                <w:bCs/>
                <w:sz w:val="18"/>
              </w:rPr>
              <w:t>10 Obliekanie a móda</w:t>
            </w:r>
          </w:p>
          <w:p w14:paraId="6CF21B1F" w14:textId="77777777" w:rsidR="007243BE" w:rsidRPr="00112D37" w:rsidRDefault="00974517" w:rsidP="0062142A">
            <w:pPr>
              <w:spacing w:after="20" w:line="240" w:lineRule="auto"/>
              <w:rPr>
                <w:b/>
                <w:bCs/>
                <w:sz w:val="22"/>
              </w:rPr>
            </w:pPr>
            <w:r w:rsidRPr="00112D37">
              <w:rPr>
                <w:bCs/>
                <w:sz w:val="18"/>
              </w:rPr>
              <w:t>-Oblečenie</w:t>
            </w:r>
          </w:p>
          <w:p w14:paraId="1F077118" w14:textId="77777777" w:rsidR="007243BE" w:rsidRPr="00112D37" w:rsidRDefault="00974517" w:rsidP="0062142A">
            <w:pPr>
              <w:spacing w:after="20" w:line="240" w:lineRule="auto"/>
              <w:rPr>
                <w:b/>
                <w:bCs/>
                <w:sz w:val="22"/>
              </w:rPr>
            </w:pPr>
            <w:r w:rsidRPr="00112D37">
              <w:rPr>
                <w:bCs/>
                <w:sz w:val="18"/>
              </w:rPr>
              <w:t>-odevné doplny</w:t>
            </w:r>
          </w:p>
          <w:p w14:paraId="7B8A70DE" w14:textId="77777777" w:rsidR="007243BE" w:rsidRPr="00112D37" w:rsidRDefault="00974517" w:rsidP="0062142A">
            <w:pPr>
              <w:spacing w:after="20" w:line="240" w:lineRule="auto"/>
              <w:rPr>
                <w:b/>
                <w:bCs/>
                <w:sz w:val="22"/>
              </w:rPr>
            </w:pPr>
            <w:r w:rsidRPr="00112D37">
              <w:rPr>
                <w:bCs/>
                <w:sz w:val="18"/>
              </w:rPr>
              <w:t>- oblečenie na rôzne príležitosti</w:t>
            </w:r>
          </w:p>
          <w:p w14:paraId="0918FBF9" w14:textId="77777777" w:rsidR="007243BE" w:rsidRPr="00112D37" w:rsidRDefault="00974517" w:rsidP="0062142A">
            <w:pPr>
              <w:spacing w:after="20" w:line="240" w:lineRule="auto"/>
              <w:rPr>
                <w:b/>
                <w:bCs/>
                <w:sz w:val="22"/>
              </w:rPr>
            </w:pPr>
            <w:r w:rsidRPr="00112D37">
              <w:rPr>
                <w:bCs/>
                <w:sz w:val="18"/>
              </w:rPr>
              <w:t>-druhy a vzory materiálov</w:t>
            </w:r>
          </w:p>
          <w:p w14:paraId="1E8734BC" w14:textId="77777777" w:rsidR="007243BE" w:rsidRPr="00112D37" w:rsidRDefault="00974517" w:rsidP="0062142A">
            <w:pPr>
              <w:spacing w:after="20" w:line="240" w:lineRule="auto"/>
              <w:rPr>
                <w:b/>
                <w:bCs/>
                <w:sz w:val="22"/>
              </w:rPr>
            </w:pPr>
            <w:r w:rsidRPr="00112D37">
              <w:rPr>
                <w:bCs/>
                <w:sz w:val="18"/>
              </w:rPr>
              <w:t>- móda a jej trendy</w:t>
            </w:r>
          </w:p>
          <w:p w14:paraId="43FEC964" w14:textId="77777777" w:rsidR="007243BE" w:rsidRPr="00727A71" w:rsidRDefault="00B15A04" w:rsidP="0062142A">
            <w:pPr>
              <w:spacing w:after="20" w:line="240" w:lineRule="auto"/>
              <w:rPr>
                <w:b/>
                <w:bCs/>
                <w:sz w:val="22"/>
              </w:rPr>
            </w:pPr>
          </w:p>
        </w:tc>
        <w:tc>
          <w:tcPr>
            <w:tcW w:w="3240" w:type="dxa"/>
            <w:tcBorders>
              <w:top w:val="single" w:sz="4" w:space="0" w:color="auto"/>
              <w:left w:val="single" w:sz="4" w:space="0" w:color="auto"/>
              <w:bottom w:val="single" w:sz="4" w:space="0" w:color="auto"/>
              <w:right w:val="single" w:sz="4" w:space="0" w:color="auto"/>
            </w:tcBorders>
          </w:tcPr>
          <w:p w14:paraId="2080EAE8" w14:textId="77777777" w:rsidR="007243BE" w:rsidRPr="00727A71" w:rsidRDefault="00974517" w:rsidP="0062142A">
            <w:pPr>
              <w:spacing w:after="20" w:line="240" w:lineRule="auto"/>
              <w:rPr>
                <w:b/>
                <w:bCs/>
                <w:sz w:val="22"/>
              </w:rPr>
            </w:pPr>
            <w:r w:rsidRPr="00727A71">
              <w:rPr>
                <w:bCs/>
                <w:sz w:val="18"/>
              </w:rPr>
              <w:t>Základné druhy oblečenia</w:t>
            </w:r>
          </w:p>
          <w:p w14:paraId="0CC07723" w14:textId="77777777" w:rsidR="007243BE" w:rsidRPr="00112D37" w:rsidRDefault="00974517" w:rsidP="0062142A">
            <w:pPr>
              <w:spacing w:after="20" w:line="240" w:lineRule="auto"/>
              <w:rPr>
                <w:b/>
                <w:bCs/>
                <w:sz w:val="22"/>
              </w:rPr>
            </w:pPr>
            <w:r w:rsidRPr="00112D37">
              <w:rPr>
                <w:bCs/>
                <w:sz w:val="18"/>
              </w:rPr>
              <w:t xml:space="preserve">T-shirt, jeans, trousers, cap, skirt, shoes, jumper, dress, hat,jacket, clothes, trainers, sandals, shorts, anorak, coat, socks, boots, fancy dress, pullover, sweater, night dress, slippers, </w:t>
            </w:r>
          </w:p>
          <w:p w14:paraId="4EA73DAD" w14:textId="77777777" w:rsidR="007243BE" w:rsidRPr="00727A71" w:rsidRDefault="00974517" w:rsidP="0062142A">
            <w:pPr>
              <w:spacing w:after="20" w:line="240" w:lineRule="auto"/>
              <w:rPr>
                <w:b/>
                <w:bCs/>
                <w:sz w:val="22"/>
              </w:rPr>
            </w:pPr>
            <w:r w:rsidRPr="00112D37">
              <w:rPr>
                <w:bCs/>
                <w:sz w:val="18"/>
              </w:rPr>
              <w:t xml:space="preserve">get dressed, put on, take off, wear, go with </w:t>
            </w:r>
          </w:p>
        </w:tc>
        <w:tc>
          <w:tcPr>
            <w:tcW w:w="3702" w:type="dxa"/>
            <w:tcBorders>
              <w:top w:val="single" w:sz="4" w:space="0" w:color="auto"/>
              <w:left w:val="single" w:sz="4" w:space="0" w:color="auto"/>
              <w:bottom w:val="single" w:sz="4" w:space="0" w:color="auto"/>
              <w:right w:val="single" w:sz="4" w:space="0" w:color="auto"/>
            </w:tcBorders>
          </w:tcPr>
          <w:p w14:paraId="00F5E606" w14:textId="77777777" w:rsidR="007243BE" w:rsidRPr="00112D37" w:rsidRDefault="00974517" w:rsidP="0062142A">
            <w:pPr>
              <w:spacing w:after="20" w:line="240" w:lineRule="auto"/>
              <w:rPr>
                <w:b/>
                <w:bCs/>
                <w:sz w:val="22"/>
              </w:rPr>
            </w:pPr>
            <w:r w:rsidRPr="00727A71">
              <w:rPr>
                <w:bCs/>
                <w:sz w:val="18"/>
              </w:rPr>
              <w:t xml:space="preserve">Odevné doplnky </w:t>
            </w:r>
          </w:p>
          <w:p w14:paraId="7486354A" w14:textId="77777777" w:rsidR="007243BE" w:rsidRPr="00112D37" w:rsidRDefault="00974517" w:rsidP="0062142A">
            <w:pPr>
              <w:spacing w:after="20" w:line="240" w:lineRule="auto"/>
              <w:rPr>
                <w:b/>
                <w:bCs/>
                <w:sz w:val="22"/>
              </w:rPr>
            </w:pPr>
            <w:r w:rsidRPr="00112D37">
              <w:rPr>
                <w:bCs/>
                <w:sz w:val="18"/>
              </w:rPr>
              <w:t xml:space="preserve">gloves, scarf, fur-coat, knickers, underpants, bra, tights, </w:t>
            </w:r>
          </w:p>
          <w:p w14:paraId="5BB7522A" w14:textId="77777777" w:rsidR="007243BE" w:rsidRPr="00112D37" w:rsidRDefault="00974517" w:rsidP="0062142A">
            <w:pPr>
              <w:spacing w:after="20" w:line="240" w:lineRule="auto"/>
              <w:rPr>
                <w:b/>
                <w:bCs/>
                <w:sz w:val="22"/>
              </w:rPr>
            </w:pPr>
            <w:r w:rsidRPr="00112D37">
              <w:rPr>
                <w:bCs/>
                <w:sz w:val="18"/>
              </w:rPr>
              <w:t>sweat-shirt, slippers, underwear, cardigan, pyjamas, umbrella, button, pocket</w:t>
            </w:r>
          </w:p>
          <w:p w14:paraId="22D80B6C" w14:textId="77777777" w:rsidR="007243BE" w:rsidRPr="00112D37" w:rsidRDefault="00974517" w:rsidP="0062142A">
            <w:pPr>
              <w:spacing w:after="20" w:line="240" w:lineRule="auto"/>
              <w:rPr>
                <w:b/>
                <w:bCs/>
                <w:sz w:val="22"/>
              </w:rPr>
            </w:pPr>
            <w:r w:rsidRPr="00112D37">
              <w:rPr>
                <w:bCs/>
                <w:sz w:val="18"/>
              </w:rPr>
              <w:t xml:space="preserve">uniform,swimsuit, swimming costume, moccasins </w:t>
            </w:r>
          </w:p>
          <w:p w14:paraId="553AF2DE" w14:textId="77777777" w:rsidR="007243BE" w:rsidRPr="00112D37" w:rsidRDefault="00974517" w:rsidP="0062142A">
            <w:pPr>
              <w:spacing w:after="20" w:line="240" w:lineRule="auto"/>
              <w:rPr>
                <w:b/>
                <w:bCs/>
                <w:sz w:val="22"/>
              </w:rPr>
            </w:pPr>
            <w:r w:rsidRPr="00112D37">
              <w:rPr>
                <w:bCs/>
                <w:sz w:val="18"/>
              </w:rPr>
              <w:t xml:space="preserve">comfortable, baggy, tight-fitting, be grown out of something, dressed in latest fashion, be neatly dressed, accessories, jewellery, necklace, earring, ring, belt, handbag, lipstick, perfume, tie, sunglasses, watch, purse, </w:t>
            </w:r>
          </w:p>
        </w:tc>
      </w:tr>
      <w:tr w:rsidR="007243BE" w:rsidRPr="00727A71" w14:paraId="1D4B86E9" w14:textId="77777777" w:rsidTr="0062142A">
        <w:trPr>
          <w:cantSplit/>
          <w:jc w:val="center"/>
        </w:trPr>
        <w:tc>
          <w:tcPr>
            <w:tcW w:w="2346" w:type="dxa"/>
            <w:tcBorders>
              <w:top w:val="single" w:sz="4" w:space="0" w:color="auto"/>
              <w:left w:val="single" w:sz="4" w:space="0" w:color="auto"/>
              <w:bottom w:val="single" w:sz="4" w:space="0" w:color="auto"/>
              <w:right w:val="single" w:sz="4" w:space="0" w:color="auto"/>
            </w:tcBorders>
          </w:tcPr>
          <w:p w14:paraId="5379DBBC" w14:textId="77777777" w:rsidR="007243BE" w:rsidRPr="00727A71" w:rsidRDefault="00974517" w:rsidP="0062142A">
            <w:pPr>
              <w:spacing w:after="20" w:line="240" w:lineRule="auto"/>
              <w:rPr>
                <w:b/>
                <w:bCs/>
                <w:sz w:val="22"/>
              </w:rPr>
            </w:pPr>
            <w:r w:rsidRPr="00727A71">
              <w:rPr>
                <w:bCs/>
                <w:sz w:val="18"/>
              </w:rPr>
              <w:t>11 Šport</w:t>
            </w:r>
          </w:p>
          <w:p w14:paraId="04EF9298" w14:textId="77777777" w:rsidR="007243BE" w:rsidRPr="00112D37" w:rsidRDefault="00974517" w:rsidP="0062142A">
            <w:pPr>
              <w:spacing w:after="20" w:line="240" w:lineRule="auto"/>
              <w:rPr>
                <w:b/>
                <w:bCs/>
                <w:sz w:val="22"/>
              </w:rPr>
            </w:pPr>
            <w:r w:rsidRPr="00112D37">
              <w:rPr>
                <w:bCs/>
                <w:sz w:val="18"/>
              </w:rPr>
              <w:t>- druhy športu:</w:t>
            </w:r>
          </w:p>
          <w:p w14:paraId="75D775C8" w14:textId="77777777" w:rsidR="007243BE" w:rsidRPr="00112D37" w:rsidRDefault="00974517" w:rsidP="0062142A">
            <w:pPr>
              <w:spacing w:after="20" w:line="240" w:lineRule="auto"/>
              <w:rPr>
                <w:b/>
                <w:bCs/>
                <w:sz w:val="22"/>
              </w:rPr>
            </w:pPr>
            <w:r w:rsidRPr="00112D37">
              <w:rPr>
                <w:bCs/>
                <w:sz w:val="18"/>
              </w:rPr>
              <w:t>Zimné a letné</w:t>
            </w:r>
          </w:p>
          <w:p w14:paraId="65CE6C12" w14:textId="77777777" w:rsidR="007243BE" w:rsidRPr="00112D37" w:rsidRDefault="00974517" w:rsidP="0062142A">
            <w:pPr>
              <w:spacing w:after="20" w:line="240" w:lineRule="auto"/>
              <w:rPr>
                <w:b/>
                <w:bCs/>
                <w:sz w:val="22"/>
              </w:rPr>
            </w:pPr>
            <w:r w:rsidRPr="00112D37">
              <w:rPr>
                <w:bCs/>
                <w:sz w:val="18"/>
              </w:rPr>
              <w:t>Individuálne a kolektívne</w:t>
            </w:r>
          </w:p>
          <w:p w14:paraId="3B14D677" w14:textId="77777777" w:rsidR="007243BE" w:rsidRPr="00112D37" w:rsidRDefault="00974517" w:rsidP="0062142A">
            <w:pPr>
              <w:spacing w:after="20" w:line="240" w:lineRule="auto"/>
              <w:rPr>
                <w:b/>
                <w:bCs/>
                <w:sz w:val="22"/>
              </w:rPr>
            </w:pPr>
            <w:r w:rsidRPr="00112D37">
              <w:rPr>
                <w:bCs/>
                <w:sz w:val="18"/>
              </w:rPr>
              <w:t>- športové disciplíny</w:t>
            </w:r>
          </w:p>
          <w:p w14:paraId="29746A99" w14:textId="77777777" w:rsidR="007243BE" w:rsidRPr="00727A71" w:rsidRDefault="00974517" w:rsidP="0062142A">
            <w:pPr>
              <w:spacing w:after="20" w:line="240" w:lineRule="auto"/>
              <w:rPr>
                <w:b/>
                <w:bCs/>
                <w:sz w:val="22"/>
              </w:rPr>
            </w:pPr>
            <w:r w:rsidRPr="00112D37">
              <w:rPr>
                <w:bCs/>
                <w:sz w:val="18"/>
              </w:rPr>
              <w:t>- význam športu pre rozvoj osobnosti</w:t>
            </w:r>
          </w:p>
        </w:tc>
        <w:tc>
          <w:tcPr>
            <w:tcW w:w="3240" w:type="dxa"/>
            <w:tcBorders>
              <w:top w:val="single" w:sz="4" w:space="0" w:color="auto"/>
              <w:left w:val="single" w:sz="4" w:space="0" w:color="auto"/>
              <w:bottom w:val="single" w:sz="4" w:space="0" w:color="auto"/>
              <w:right w:val="single" w:sz="4" w:space="0" w:color="auto"/>
            </w:tcBorders>
          </w:tcPr>
          <w:p w14:paraId="722A417A" w14:textId="77777777" w:rsidR="007243BE" w:rsidRPr="00727A71" w:rsidRDefault="00B15A04" w:rsidP="0062142A">
            <w:pPr>
              <w:spacing w:after="20" w:line="240" w:lineRule="auto"/>
              <w:rPr>
                <w:b/>
                <w:bCs/>
                <w:sz w:val="22"/>
              </w:rPr>
            </w:pPr>
          </w:p>
        </w:tc>
        <w:tc>
          <w:tcPr>
            <w:tcW w:w="3702" w:type="dxa"/>
            <w:tcBorders>
              <w:top w:val="single" w:sz="4" w:space="0" w:color="auto"/>
              <w:left w:val="single" w:sz="4" w:space="0" w:color="auto"/>
              <w:bottom w:val="single" w:sz="4" w:space="0" w:color="auto"/>
              <w:right w:val="single" w:sz="4" w:space="0" w:color="auto"/>
            </w:tcBorders>
          </w:tcPr>
          <w:p w14:paraId="5A1ED39D" w14:textId="77777777" w:rsidR="007243BE" w:rsidRPr="00727A71" w:rsidRDefault="00974517" w:rsidP="0062142A">
            <w:pPr>
              <w:spacing w:after="20" w:line="240" w:lineRule="auto"/>
              <w:rPr>
                <w:b/>
                <w:bCs/>
                <w:sz w:val="22"/>
              </w:rPr>
            </w:pPr>
            <w:r w:rsidRPr="00727A71">
              <w:rPr>
                <w:bCs/>
                <w:sz w:val="18"/>
              </w:rPr>
              <w:t>Druhy športu: zimné a letné , individuálne a kolektívne</w:t>
            </w:r>
          </w:p>
          <w:p w14:paraId="6BA91642" w14:textId="77777777" w:rsidR="007243BE" w:rsidRPr="00112D37" w:rsidRDefault="00974517" w:rsidP="0062142A">
            <w:pPr>
              <w:spacing w:after="20" w:line="240" w:lineRule="auto"/>
              <w:rPr>
                <w:b/>
                <w:bCs/>
                <w:sz w:val="22"/>
              </w:rPr>
            </w:pPr>
            <w:r w:rsidRPr="00112D37">
              <w:rPr>
                <w:bCs/>
                <w:sz w:val="18"/>
              </w:rPr>
              <w:t>sport/ game, individual/ team, summer/ winter, outdoors/ indoors, football, volleyball, hockey, basketball, golf , swimming, skiing, gym, playground,field, ball, net, basket</w:t>
            </w:r>
          </w:p>
          <w:p w14:paraId="50C7D537" w14:textId="77777777" w:rsidR="007243BE" w:rsidRPr="00112D37" w:rsidRDefault="00974517" w:rsidP="0062142A">
            <w:pPr>
              <w:spacing w:after="20" w:line="240" w:lineRule="auto"/>
              <w:rPr>
                <w:b/>
                <w:bCs/>
                <w:sz w:val="22"/>
              </w:rPr>
            </w:pPr>
            <w:r w:rsidRPr="00112D37">
              <w:rPr>
                <w:bCs/>
                <w:sz w:val="18"/>
              </w:rPr>
              <w:t xml:space="preserve">go jogging, play football, be fond of, be interested in, be keen on, give up, take up, win, lose, tired of st., take part in, take risk, take st. to its limits </w:t>
            </w:r>
          </w:p>
        </w:tc>
      </w:tr>
      <w:tr w:rsidR="007243BE" w:rsidRPr="00727A71" w14:paraId="65EC776C" w14:textId="77777777" w:rsidTr="0062142A">
        <w:trPr>
          <w:cantSplit/>
          <w:jc w:val="center"/>
        </w:trPr>
        <w:tc>
          <w:tcPr>
            <w:tcW w:w="2346" w:type="dxa"/>
            <w:tcBorders>
              <w:top w:val="single" w:sz="4" w:space="0" w:color="auto"/>
              <w:left w:val="single" w:sz="4" w:space="0" w:color="auto"/>
              <w:bottom w:val="single" w:sz="4" w:space="0" w:color="auto"/>
              <w:right w:val="single" w:sz="4" w:space="0" w:color="auto"/>
            </w:tcBorders>
          </w:tcPr>
          <w:p w14:paraId="758349A5" w14:textId="77777777" w:rsidR="007243BE" w:rsidRPr="00727A71" w:rsidRDefault="00974517" w:rsidP="0062142A">
            <w:pPr>
              <w:spacing w:after="20" w:line="240" w:lineRule="auto"/>
              <w:rPr>
                <w:b/>
                <w:bCs/>
                <w:sz w:val="22"/>
              </w:rPr>
            </w:pPr>
            <w:r w:rsidRPr="00727A71">
              <w:rPr>
                <w:bCs/>
                <w:sz w:val="18"/>
              </w:rPr>
              <w:t xml:space="preserve">12 Obchod a služby </w:t>
            </w:r>
          </w:p>
          <w:p w14:paraId="48AD3733" w14:textId="77777777" w:rsidR="007243BE" w:rsidRPr="00112D37" w:rsidRDefault="00974517" w:rsidP="0062142A">
            <w:pPr>
              <w:spacing w:after="20" w:line="240" w:lineRule="auto"/>
              <w:rPr>
                <w:b/>
                <w:bCs/>
                <w:sz w:val="22"/>
              </w:rPr>
            </w:pPr>
            <w:r w:rsidRPr="00112D37">
              <w:rPr>
                <w:bCs/>
                <w:sz w:val="18"/>
              </w:rPr>
              <w:t>- nákupné zariadenia</w:t>
            </w:r>
          </w:p>
          <w:p w14:paraId="382B8DE6" w14:textId="77777777" w:rsidR="007243BE" w:rsidRPr="00112D37" w:rsidRDefault="00974517" w:rsidP="0062142A">
            <w:pPr>
              <w:spacing w:after="20" w:line="240" w:lineRule="auto"/>
              <w:rPr>
                <w:b/>
                <w:bCs/>
                <w:sz w:val="22"/>
              </w:rPr>
            </w:pPr>
            <w:r w:rsidRPr="00112D37">
              <w:rPr>
                <w:bCs/>
                <w:sz w:val="18"/>
              </w:rPr>
              <w:t>- spôsoby platby</w:t>
            </w:r>
          </w:p>
          <w:p w14:paraId="79EF7962" w14:textId="77777777" w:rsidR="007243BE" w:rsidRPr="00727A71" w:rsidRDefault="00974517" w:rsidP="0062142A">
            <w:pPr>
              <w:spacing w:after="20" w:line="240" w:lineRule="auto"/>
              <w:rPr>
                <w:b/>
                <w:bCs/>
                <w:sz w:val="22"/>
              </w:rPr>
            </w:pPr>
            <w:r w:rsidRPr="00112D37">
              <w:rPr>
                <w:bCs/>
                <w:sz w:val="18"/>
              </w:rPr>
              <w:t>- pošta a poštové služby</w:t>
            </w:r>
          </w:p>
        </w:tc>
        <w:tc>
          <w:tcPr>
            <w:tcW w:w="3240" w:type="dxa"/>
            <w:tcBorders>
              <w:top w:val="single" w:sz="4" w:space="0" w:color="auto"/>
              <w:left w:val="single" w:sz="4" w:space="0" w:color="auto"/>
              <w:bottom w:val="single" w:sz="4" w:space="0" w:color="auto"/>
              <w:right w:val="single" w:sz="4" w:space="0" w:color="auto"/>
            </w:tcBorders>
          </w:tcPr>
          <w:p w14:paraId="731093B8" w14:textId="77777777" w:rsidR="007243BE" w:rsidRPr="00727A71" w:rsidRDefault="00B15A04" w:rsidP="0062142A">
            <w:pPr>
              <w:spacing w:after="20" w:line="240" w:lineRule="auto"/>
              <w:rPr>
                <w:b/>
                <w:bCs/>
                <w:sz w:val="22"/>
              </w:rPr>
            </w:pPr>
          </w:p>
        </w:tc>
        <w:tc>
          <w:tcPr>
            <w:tcW w:w="3702" w:type="dxa"/>
            <w:tcBorders>
              <w:top w:val="single" w:sz="4" w:space="0" w:color="auto"/>
              <w:left w:val="single" w:sz="4" w:space="0" w:color="auto"/>
              <w:bottom w:val="single" w:sz="4" w:space="0" w:color="auto"/>
              <w:right w:val="single" w:sz="4" w:space="0" w:color="auto"/>
            </w:tcBorders>
          </w:tcPr>
          <w:p w14:paraId="5DFFE211" w14:textId="77777777" w:rsidR="007243BE" w:rsidRPr="00727A71" w:rsidRDefault="00974517" w:rsidP="0062142A">
            <w:pPr>
              <w:spacing w:after="20" w:line="240" w:lineRule="auto"/>
              <w:rPr>
                <w:b/>
                <w:bCs/>
                <w:sz w:val="22"/>
              </w:rPr>
            </w:pPr>
            <w:r w:rsidRPr="00727A71">
              <w:rPr>
                <w:bCs/>
                <w:sz w:val="18"/>
              </w:rPr>
              <w:t xml:space="preserve"> Nákupné zariadenia</w:t>
            </w:r>
          </w:p>
          <w:p w14:paraId="3C90997E" w14:textId="77777777" w:rsidR="007243BE" w:rsidRPr="00112D37" w:rsidRDefault="00974517" w:rsidP="0062142A">
            <w:pPr>
              <w:spacing w:after="20" w:line="240" w:lineRule="auto"/>
              <w:rPr>
                <w:b/>
                <w:bCs/>
                <w:sz w:val="22"/>
              </w:rPr>
            </w:pPr>
            <w:r w:rsidRPr="00727A71">
              <w:rPr>
                <w:bCs/>
                <w:sz w:val="18"/>
              </w:rPr>
              <w:t>Spôsoby platby</w:t>
            </w:r>
          </w:p>
          <w:p w14:paraId="125D3F28" w14:textId="77777777" w:rsidR="007243BE" w:rsidRPr="00727A71" w:rsidRDefault="00974517" w:rsidP="0062142A">
            <w:pPr>
              <w:spacing w:after="20" w:line="240" w:lineRule="auto"/>
              <w:rPr>
                <w:b/>
                <w:bCs/>
                <w:sz w:val="22"/>
              </w:rPr>
            </w:pPr>
            <w:r w:rsidRPr="00727A71">
              <w:rPr>
                <w:bCs/>
                <w:sz w:val="18"/>
              </w:rPr>
              <w:t>Pošta a poštové služby</w:t>
            </w:r>
          </w:p>
          <w:p w14:paraId="1E4CA6D8" w14:textId="77777777" w:rsidR="007243BE" w:rsidRPr="00727A71" w:rsidRDefault="00B15A04" w:rsidP="0062142A">
            <w:pPr>
              <w:spacing w:after="20" w:line="240" w:lineRule="auto"/>
              <w:rPr>
                <w:b/>
                <w:bCs/>
                <w:sz w:val="22"/>
              </w:rPr>
            </w:pPr>
          </w:p>
          <w:p w14:paraId="7DA9609E" w14:textId="77777777" w:rsidR="007243BE" w:rsidRPr="00727A71" w:rsidRDefault="00974517" w:rsidP="0062142A">
            <w:pPr>
              <w:spacing w:after="20" w:line="240" w:lineRule="auto"/>
              <w:rPr>
                <w:b/>
                <w:bCs/>
                <w:sz w:val="22"/>
              </w:rPr>
            </w:pPr>
            <w:r w:rsidRPr="00112D37">
              <w:rPr>
                <w:bCs/>
                <w:sz w:val="18"/>
              </w:rPr>
              <w:t>post office, postman, letter, envelope, postcode, stamp, air-mail, telegram, postcard, banknote, coin,</w:t>
            </w:r>
          </w:p>
        </w:tc>
      </w:tr>
      <w:tr w:rsidR="007243BE" w:rsidRPr="00727A71" w14:paraId="4D002A67" w14:textId="77777777" w:rsidTr="0062142A">
        <w:trPr>
          <w:cantSplit/>
          <w:jc w:val="center"/>
        </w:trPr>
        <w:tc>
          <w:tcPr>
            <w:tcW w:w="2346" w:type="dxa"/>
            <w:tcBorders>
              <w:top w:val="single" w:sz="4" w:space="0" w:color="auto"/>
              <w:left w:val="single" w:sz="4" w:space="0" w:color="auto"/>
              <w:bottom w:val="single" w:sz="4" w:space="0" w:color="auto"/>
              <w:right w:val="single" w:sz="4" w:space="0" w:color="auto"/>
            </w:tcBorders>
          </w:tcPr>
          <w:p w14:paraId="3BAE44F9" w14:textId="77777777" w:rsidR="007243BE" w:rsidRPr="00112D37" w:rsidRDefault="00B15A04" w:rsidP="0062142A">
            <w:pPr>
              <w:spacing w:after="20" w:line="240" w:lineRule="auto"/>
              <w:rPr>
                <w:b/>
                <w:bCs/>
                <w:sz w:val="22"/>
              </w:rPr>
            </w:pPr>
          </w:p>
        </w:tc>
        <w:tc>
          <w:tcPr>
            <w:tcW w:w="3240" w:type="dxa"/>
            <w:tcBorders>
              <w:top w:val="single" w:sz="4" w:space="0" w:color="auto"/>
              <w:left w:val="single" w:sz="4" w:space="0" w:color="auto"/>
              <w:bottom w:val="single" w:sz="4" w:space="0" w:color="auto"/>
              <w:right w:val="single" w:sz="4" w:space="0" w:color="auto"/>
            </w:tcBorders>
          </w:tcPr>
          <w:p w14:paraId="2798DD06" w14:textId="77777777" w:rsidR="007243BE" w:rsidRPr="00727A71" w:rsidRDefault="00B15A04" w:rsidP="0062142A">
            <w:pPr>
              <w:spacing w:after="20" w:line="240" w:lineRule="auto"/>
              <w:rPr>
                <w:b/>
                <w:bCs/>
                <w:sz w:val="22"/>
              </w:rPr>
            </w:pPr>
          </w:p>
        </w:tc>
        <w:tc>
          <w:tcPr>
            <w:tcW w:w="3702" w:type="dxa"/>
            <w:tcBorders>
              <w:top w:val="single" w:sz="4" w:space="0" w:color="auto"/>
              <w:left w:val="single" w:sz="4" w:space="0" w:color="auto"/>
              <w:bottom w:val="single" w:sz="4" w:space="0" w:color="auto"/>
              <w:right w:val="single" w:sz="4" w:space="0" w:color="auto"/>
            </w:tcBorders>
          </w:tcPr>
          <w:p w14:paraId="2E63FD7B" w14:textId="77777777" w:rsidR="007243BE" w:rsidRPr="00112D37" w:rsidRDefault="00B15A04" w:rsidP="0062142A">
            <w:pPr>
              <w:spacing w:after="20" w:line="240" w:lineRule="auto"/>
              <w:rPr>
                <w:b/>
                <w:bCs/>
                <w:sz w:val="22"/>
              </w:rPr>
            </w:pPr>
          </w:p>
        </w:tc>
      </w:tr>
      <w:tr w:rsidR="007243BE" w:rsidRPr="001870F2" w14:paraId="1773C825" w14:textId="77777777" w:rsidTr="0062142A">
        <w:trPr>
          <w:cantSplit/>
          <w:jc w:val="center"/>
        </w:trPr>
        <w:tc>
          <w:tcPr>
            <w:tcW w:w="2346" w:type="dxa"/>
          </w:tcPr>
          <w:p w14:paraId="1A679FA4" w14:textId="77777777" w:rsidR="007243BE" w:rsidRPr="00727A71" w:rsidRDefault="00974517" w:rsidP="0062142A">
            <w:pPr>
              <w:autoSpaceDE w:val="0"/>
              <w:autoSpaceDN w:val="0"/>
              <w:adjustRightInd w:val="0"/>
              <w:spacing w:after="20" w:line="240" w:lineRule="auto"/>
              <w:jc w:val="both"/>
              <w:rPr>
                <w:rFonts w:ascii="Times New Roman" w:hAnsi="Times New Roman"/>
                <w:b/>
              </w:rPr>
            </w:pPr>
            <w:r w:rsidRPr="00727A71">
              <w:rPr>
                <w:sz w:val="18"/>
              </w:rPr>
              <w:t>13. Krajiny, mestá a miesta</w:t>
            </w:r>
          </w:p>
          <w:p w14:paraId="1464117A" w14:textId="77777777" w:rsidR="007243BE" w:rsidRPr="00727A71" w:rsidRDefault="00974517" w:rsidP="0062142A">
            <w:pPr>
              <w:autoSpaceDE w:val="0"/>
              <w:autoSpaceDN w:val="0"/>
              <w:adjustRightInd w:val="0"/>
              <w:spacing w:after="20" w:line="240" w:lineRule="auto"/>
              <w:rPr>
                <w:rFonts w:ascii="Times New Roman" w:hAnsi="Times New Roman"/>
                <w:color w:val="000000"/>
              </w:rPr>
            </w:pPr>
            <w:r w:rsidRPr="00727A71">
              <w:rPr>
                <w:color w:val="000000"/>
                <w:sz w:val="18"/>
              </w:rPr>
              <w:t xml:space="preserve">- Krajiny a svetadiely </w:t>
            </w:r>
          </w:p>
          <w:p w14:paraId="5DFF1FF4" w14:textId="77777777" w:rsidR="007243BE" w:rsidRPr="00727A71" w:rsidRDefault="00974517" w:rsidP="0062142A">
            <w:pPr>
              <w:autoSpaceDE w:val="0"/>
              <w:autoSpaceDN w:val="0"/>
              <w:adjustRightInd w:val="0"/>
              <w:spacing w:after="20" w:line="240" w:lineRule="auto"/>
              <w:rPr>
                <w:rFonts w:ascii="Times New Roman" w:hAnsi="Times New Roman"/>
                <w:color w:val="000000"/>
              </w:rPr>
            </w:pPr>
            <w:r w:rsidRPr="00727A71">
              <w:rPr>
                <w:color w:val="000000"/>
                <w:sz w:val="18"/>
              </w:rPr>
              <w:t xml:space="preserve">- Moja krajina a moje mesto </w:t>
            </w:r>
          </w:p>
          <w:p w14:paraId="1F79BB0B" w14:textId="77777777" w:rsidR="007243BE" w:rsidRPr="00727A71" w:rsidRDefault="00974517" w:rsidP="0062142A">
            <w:pPr>
              <w:autoSpaceDE w:val="0"/>
              <w:autoSpaceDN w:val="0"/>
              <w:adjustRightInd w:val="0"/>
              <w:spacing w:after="20" w:line="240" w:lineRule="auto"/>
              <w:jc w:val="both"/>
              <w:rPr>
                <w:rFonts w:ascii="Times New Roman" w:hAnsi="Times New Roman"/>
                <w:color w:val="000000"/>
              </w:rPr>
            </w:pPr>
            <w:r w:rsidRPr="00727A71">
              <w:rPr>
                <w:color w:val="000000"/>
                <w:sz w:val="18"/>
              </w:rPr>
              <w:t>- Geografický opis</w:t>
            </w:r>
          </w:p>
          <w:p w14:paraId="1C0961F3" w14:textId="77777777" w:rsidR="007243BE" w:rsidRPr="00727A71" w:rsidRDefault="00974517" w:rsidP="0062142A">
            <w:pPr>
              <w:autoSpaceDE w:val="0"/>
              <w:autoSpaceDN w:val="0"/>
              <w:adjustRightInd w:val="0"/>
              <w:spacing w:after="20" w:line="240" w:lineRule="auto"/>
              <w:jc w:val="both"/>
              <w:rPr>
                <w:rFonts w:ascii="Times New Roman" w:hAnsi="Times New Roman"/>
                <w:color w:val="000000"/>
              </w:rPr>
            </w:pPr>
            <w:r w:rsidRPr="00727A71">
              <w:rPr>
                <w:color w:val="000000"/>
                <w:sz w:val="18"/>
              </w:rPr>
              <w:t>- historické pamiatky</w:t>
            </w:r>
          </w:p>
          <w:p w14:paraId="2EFF6FA9" w14:textId="77777777" w:rsidR="007243BE" w:rsidRPr="00727A71" w:rsidRDefault="00974517" w:rsidP="0062142A">
            <w:pPr>
              <w:autoSpaceDE w:val="0"/>
              <w:autoSpaceDN w:val="0"/>
              <w:adjustRightInd w:val="0"/>
              <w:spacing w:after="20" w:line="240" w:lineRule="auto"/>
              <w:jc w:val="both"/>
              <w:rPr>
                <w:rFonts w:ascii="Times New Roman" w:hAnsi="Times New Roman"/>
                <w:color w:val="000000"/>
              </w:rPr>
            </w:pPr>
            <w:r w:rsidRPr="00727A71">
              <w:rPr>
                <w:color w:val="000000"/>
                <w:sz w:val="18"/>
              </w:rPr>
              <w:t>- opis miest</w:t>
            </w:r>
          </w:p>
        </w:tc>
        <w:tc>
          <w:tcPr>
            <w:tcW w:w="3240" w:type="dxa"/>
          </w:tcPr>
          <w:p w14:paraId="186B6BB5" w14:textId="77777777" w:rsidR="007243BE" w:rsidRPr="00727A71" w:rsidRDefault="00B15A04" w:rsidP="0062142A">
            <w:pPr>
              <w:spacing w:after="20" w:line="240" w:lineRule="auto"/>
              <w:rPr>
                <w:b/>
                <w:bCs/>
                <w:sz w:val="22"/>
              </w:rPr>
            </w:pPr>
          </w:p>
        </w:tc>
        <w:tc>
          <w:tcPr>
            <w:tcW w:w="3702" w:type="dxa"/>
          </w:tcPr>
          <w:p w14:paraId="6C0FB2E7" w14:textId="77777777" w:rsidR="007243BE" w:rsidRPr="00727A71" w:rsidRDefault="00974517" w:rsidP="0062142A">
            <w:pPr>
              <w:spacing w:after="20" w:line="240" w:lineRule="auto"/>
              <w:rPr>
                <w:b/>
                <w:bCs/>
                <w:sz w:val="22"/>
              </w:rPr>
            </w:pPr>
            <w:r w:rsidRPr="00727A71">
              <w:rPr>
                <w:bCs/>
                <w:sz w:val="18"/>
              </w:rPr>
              <w:t>Krajiny a svetadiely</w:t>
            </w:r>
          </w:p>
          <w:p w14:paraId="314F31F1" w14:textId="77777777" w:rsidR="007243BE" w:rsidRPr="00727A71" w:rsidRDefault="00974517" w:rsidP="0062142A">
            <w:pPr>
              <w:spacing w:after="20" w:line="240" w:lineRule="auto"/>
              <w:rPr>
                <w:b/>
                <w:bCs/>
                <w:sz w:val="22"/>
              </w:rPr>
            </w:pPr>
            <w:r w:rsidRPr="00727A71">
              <w:rPr>
                <w:bCs/>
                <w:sz w:val="18"/>
              </w:rPr>
              <w:t>Moja krajina a moje miesto</w:t>
            </w:r>
          </w:p>
          <w:p w14:paraId="463BC54A" w14:textId="77777777" w:rsidR="007243BE" w:rsidRPr="00727A71" w:rsidRDefault="00974517" w:rsidP="0062142A">
            <w:pPr>
              <w:spacing w:after="20" w:line="240" w:lineRule="auto"/>
              <w:rPr>
                <w:sz w:val="22"/>
              </w:rPr>
            </w:pPr>
            <w:r w:rsidRPr="00727A71">
              <w:rPr>
                <w:sz w:val="18"/>
              </w:rPr>
              <w:t xml:space="preserve">America, Europe, Africa, Australia, Antarctica, Asia, the Pole, the Equator, hemisphere, climate, land, ocean, </w:t>
            </w:r>
          </w:p>
          <w:p w14:paraId="7E0C8072" w14:textId="77777777" w:rsidR="007243BE" w:rsidRPr="00727A71" w:rsidRDefault="00974517" w:rsidP="0062142A">
            <w:pPr>
              <w:spacing w:after="20" w:line="240" w:lineRule="auto"/>
              <w:rPr>
                <w:sz w:val="22"/>
              </w:rPr>
            </w:pPr>
            <w:r w:rsidRPr="00727A71">
              <w:rPr>
                <w:sz w:val="18"/>
              </w:rPr>
              <w:t xml:space="preserve">sea, westwards </w:t>
            </w:r>
          </w:p>
          <w:p w14:paraId="40A88A14" w14:textId="77777777" w:rsidR="007243BE" w:rsidRPr="00727A71" w:rsidRDefault="00974517" w:rsidP="0062142A">
            <w:pPr>
              <w:spacing w:after="20" w:line="240" w:lineRule="auto"/>
              <w:rPr>
                <w:sz w:val="22"/>
              </w:rPr>
            </w:pPr>
            <w:r w:rsidRPr="00727A71">
              <w:rPr>
                <w:sz w:val="18"/>
              </w:rPr>
              <w:t xml:space="preserve">be situated, to/in the north, in the centre, on the coast, natural resources, subtropical, arctic, mild, spread, border, city, city centre, bank of the river, town hall, </w:t>
            </w:r>
          </w:p>
          <w:p w14:paraId="1CC5F410" w14:textId="77777777" w:rsidR="007243BE" w:rsidRPr="00727A71" w:rsidRDefault="00974517" w:rsidP="0062142A">
            <w:pPr>
              <w:spacing w:after="20" w:line="240" w:lineRule="auto"/>
              <w:rPr>
                <w:sz w:val="22"/>
              </w:rPr>
            </w:pPr>
            <w:r w:rsidRPr="00727A71">
              <w:rPr>
                <w:sz w:val="18"/>
              </w:rPr>
              <w:t xml:space="preserve">lane, open-air museum, capital city, inhabitant, home town, memorial/monument, communications, industry, </w:t>
            </w:r>
          </w:p>
          <w:p w14:paraId="7130D8A2" w14:textId="77777777" w:rsidR="007243BE" w:rsidRPr="00727A71" w:rsidRDefault="00974517" w:rsidP="0062142A">
            <w:pPr>
              <w:spacing w:after="20" w:line="240" w:lineRule="auto"/>
              <w:rPr>
                <w:sz w:val="22"/>
              </w:rPr>
            </w:pPr>
            <w:r w:rsidRPr="00727A71">
              <w:rPr>
                <w:sz w:val="18"/>
              </w:rPr>
              <w:t xml:space="preserve">quarter, square, district, region, chainstore, warehouse </w:t>
            </w:r>
          </w:p>
          <w:p w14:paraId="79F3C259" w14:textId="77777777" w:rsidR="007243BE" w:rsidRPr="00727A71" w:rsidRDefault="00974517" w:rsidP="0062142A">
            <w:pPr>
              <w:spacing w:after="20" w:line="240" w:lineRule="auto"/>
              <w:rPr>
                <w:sz w:val="22"/>
              </w:rPr>
            </w:pPr>
            <w:r w:rsidRPr="00727A71">
              <w:rPr>
                <w:sz w:val="18"/>
              </w:rPr>
              <w:t>go sightseeing, originate, wander, design, walk through the ages</w:t>
            </w:r>
          </w:p>
        </w:tc>
      </w:tr>
      <w:tr w:rsidR="007243BE" w:rsidRPr="001870F2" w14:paraId="62AE21D1" w14:textId="77777777" w:rsidTr="0062142A">
        <w:trPr>
          <w:cantSplit/>
          <w:trHeight w:val="2104"/>
          <w:jc w:val="center"/>
        </w:trPr>
        <w:tc>
          <w:tcPr>
            <w:tcW w:w="2346" w:type="dxa"/>
          </w:tcPr>
          <w:p w14:paraId="4FD1F800" w14:textId="77777777" w:rsidR="007243BE" w:rsidRPr="00727A71" w:rsidRDefault="00974517" w:rsidP="0062142A">
            <w:pPr>
              <w:autoSpaceDE w:val="0"/>
              <w:autoSpaceDN w:val="0"/>
              <w:adjustRightInd w:val="0"/>
              <w:spacing w:after="20" w:line="240" w:lineRule="auto"/>
              <w:rPr>
                <w:rFonts w:ascii="Times New Roman" w:eastAsia="Times New Roman" w:hAnsi="Times New Roman"/>
                <w:b/>
                <w:bCs/>
                <w:lang w:eastAsia="sk-SK"/>
              </w:rPr>
            </w:pPr>
            <w:r w:rsidRPr="00727A71">
              <w:rPr>
                <w:bCs/>
                <w:sz w:val="18"/>
                <w:lang w:eastAsia="sk-SK"/>
              </w:rPr>
              <w:lastRenderedPageBreak/>
              <w:t>14 Kultúra</w:t>
            </w:r>
          </w:p>
          <w:p w14:paraId="4523F98F" w14:textId="77777777" w:rsidR="007243BE" w:rsidRPr="00727A71" w:rsidRDefault="00974517" w:rsidP="0062142A">
            <w:pPr>
              <w:autoSpaceDE w:val="0"/>
              <w:autoSpaceDN w:val="0"/>
              <w:adjustRightInd w:val="0"/>
              <w:spacing w:after="20" w:line="240" w:lineRule="auto"/>
              <w:rPr>
                <w:rFonts w:ascii="Times New Roman" w:eastAsia="Times New Roman" w:hAnsi="Times New Roman"/>
                <w:b/>
                <w:bCs/>
                <w:lang w:eastAsia="sk-SK"/>
              </w:rPr>
            </w:pPr>
            <w:r w:rsidRPr="00727A71">
              <w:rPr>
                <w:bCs/>
                <w:sz w:val="18"/>
                <w:lang w:eastAsia="sk-SK"/>
              </w:rPr>
              <w:t>a umenie</w:t>
            </w:r>
          </w:p>
          <w:p w14:paraId="1029A976"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Druhy umenia</w:t>
            </w:r>
          </w:p>
          <w:p w14:paraId="2956C46C"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Kultúra a jej formy</w:t>
            </w:r>
          </w:p>
          <w:p w14:paraId="00BA31B0"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Umenie –</w:t>
            </w:r>
          </w:p>
          <w:p w14:paraId="0210E73C"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spoločnosť – kultúra</w:t>
            </w:r>
          </w:p>
          <w:p w14:paraId="5D83A869"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v športe</w:t>
            </w:r>
          </w:p>
          <w:p w14:paraId="1EE0B1A7"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Fair play</w:t>
            </w:r>
          </w:p>
          <w:p w14:paraId="2D0C154E"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športového zápolenia</w:t>
            </w:r>
          </w:p>
          <w:p w14:paraId="439A2FAC" w14:textId="77777777" w:rsidR="007243BE" w:rsidRPr="00727A71" w:rsidRDefault="00974517" w:rsidP="0062142A">
            <w:pPr>
              <w:autoSpaceDE w:val="0"/>
              <w:autoSpaceDN w:val="0"/>
              <w:adjustRightInd w:val="0"/>
              <w:spacing w:after="20" w:line="240" w:lineRule="auto"/>
              <w:rPr>
                <w:rFonts w:ascii="Times New Roman" w:hAnsi="Times New Roman"/>
              </w:rPr>
            </w:pPr>
            <w:r w:rsidRPr="00727A71">
              <w:rPr>
                <w:sz w:val="18"/>
                <w:lang w:eastAsia="sk-SK"/>
              </w:rPr>
              <w:t>42</w:t>
            </w:r>
          </w:p>
        </w:tc>
        <w:tc>
          <w:tcPr>
            <w:tcW w:w="3240" w:type="dxa"/>
          </w:tcPr>
          <w:p w14:paraId="0D23A743" w14:textId="77777777" w:rsidR="007243BE" w:rsidRPr="00727A71" w:rsidRDefault="00974517" w:rsidP="0062142A">
            <w:pPr>
              <w:autoSpaceDE w:val="0"/>
              <w:autoSpaceDN w:val="0"/>
              <w:adjustRightInd w:val="0"/>
              <w:spacing w:after="20" w:line="240" w:lineRule="auto"/>
              <w:rPr>
                <w:rFonts w:ascii="Times New Roman" w:eastAsia="Times New Roman" w:hAnsi="Times New Roman"/>
                <w:b/>
                <w:bCs/>
                <w:lang w:eastAsia="sk-SK"/>
              </w:rPr>
            </w:pPr>
            <w:r w:rsidRPr="00727A71">
              <w:rPr>
                <w:bCs/>
                <w:sz w:val="18"/>
                <w:lang w:eastAsia="sk-SK"/>
              </w:rPr>
              <w:t>15 človek</w:t>
            </w:r>
          </w:p>
          <w:p w14:paraId="2BD47DA6" w14:textId="77777777" w:rsidR="007243BE" w:rsidRPr="00727A71" w:rsidRDefault="00974517" w:rsidP="0062142A">
            <w:pPr>
              <w:autoSpaceDE w:val="0"/>
              <w:autoSpaceDN w:val="0"/>
              <w:adjustRightInd w:val="0"/>
              <w:spacing w:after="20" w:line="240" w:lineRule="auto"/>
              <w:rPr>
                <w:rFonts w:ascii="Times New Roman" w:eastAsia="Times New Roman" w:hAnsi="Times New Roman"/>
                <w:b/>
                <w:bCs/>
                <w:lang w:eastAsia="sk-SK"/>
              </w:rPr>
            </w:pPr>
            <w:r w:rsidRPr="00727A71">
              <w:rPr>
                <w:bCs/>
                <w:sz w:val="18"/>
                <w:lang w:eastAsia="sk-SK"/>
              </w:rPr>
              <w:t>a spoločnosť;</w:t>
            </w:r>
          </w:p>
          <w:p w14:paraId="11E507A6" w14:textId="77777777" w:rsidR="007243BE" w:rsidRPr="00727A71" w:rsidRDefault="00974517" w:rsidP="0062142A">
            <w:pPr>
              <w:autoSpaceDE w:val="0"/>
              <w:autoSpaceDN w:val="0"/>
              <w:adjustRightInd w:val="0"/>
              <w:spacing w:after="20" w:line="240" w:lineRule="auto"/>
              <w:rPr>
                <w:rFonts w:ascii="Times New Roman" w:eastAsia="Times New Roman" w:hAnsi="Times New Roman"/>
                <w:b/>
                <w:bCs/>
                <w:lang w:eastAsia="sk-SK"/>
              </w:rPr>
            </w:pPr>
            <w:r w:rsidRPr="00727A71">
              <w:rPr>
                <w:bCs/>
                <w:sz w:val="18"/>
                <w:lang w:eastAsia="sk-SK"/>
              </w:rPr>
              <w:t>komunikácia</w:t>
            </w:r>
          </w:p>
          <w:p w14:paraId="1A632394"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Jazyk ako</w:t>
            </w:r>
          </w:p>
          <w:p w14:paraId="6858A80D"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dorozumievací</w:t>
            </w:r>
          </w:p>
          <w:p w14:paraId="2C33D8E9"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prostriedok</w:t>
            </w:r>
          </w:p>
          <w:p w14:paraId="5C15227B"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Formy</w:t>
            </w:r>
          </w:p>
          <w:p w14:paraId="31D8BF99"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komunikácie</w:t>
            </w:r>
          </w:p>
          <w:p w14:paraId="633B0E2C"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Kultúra</w:t>
            </w:r>
          </w:p>
          <w:p w14:paraId="6B9B93A9" w14:textId="77777777" w:rsidR="007243BE" w:rsidRPr="00727A71" w:rsidRDefault="00974517" w:rsidP="0062142A">
            <w:pPr>
              <w:spacing w:after="20" w:line="240" w:lineRule="auto"/>
              <w:rPr>
                <w:b/>
                <w:bCs/>
                <w:sz w:val="22"/>
              </w:rPr>
            </w:pPr>
            <w:r w:rsidRPr="00727A71">
              <w:rPr>
                <w:sz w:val="18"/>
              </w:rPr>
              <w:t>komunikácie</w:t>
            </w:r>
          </w:p>
        </w:tc>
        <w:tc>
          <w:tcPr>
            <w:tcW w:w="3702" w:type="dxa"/>
          </w:tcPr>
          <w:p w14:paraId="4A7CA6E4" w14:textId="77777777" w:rsidR="007243BE" w:rsidRPr="00727A71" w:rsidRDefault="00974517" w:rsidP="0062142A">
            <w:pPr>
              <w:autoSpaceDE w:val="0"/>
              <w:autoSpaceDN w:val="0"/>
              <w:adjustRightInd w:val="0"/>
              <w:spacing w:after="20" w:line="240" w:lineRule="auto"/>
              <w:rPr>
                <w:rFonts w:ascii="Times New Roman" w:eastAsia="Times New Roman" w:hAnsi="Times New Roman"/>
                <w:b/>
                <w:bCs/>
                <w:lang w:eastAsia="sk-SK"/>
              </w:rPr>
            </w:pPr>
            <w:r w:rsidRPr="00727A71">
              <w:rPr>
                <w:bCs/>
                <w:sz w:val="18"/>
                <w:lang w:eastAsia="sk-SK"/>
              </w:rPr>
              <w:t>16 Mládež a jej svet</w:t>
            </w:r>
          </w:p>
          <w:p w14:paraId="2B1B5345"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Aktivity mládeže</w:t>
            </w:r>
          </w:p>
          <w:p w14:paraId="52563AC2"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Vzťahy medzi</w:t>
            </w:r>
          </w:p>
          <w:p w14:paraId="51190343"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rovesníkmi</w:t>
            </w:r>
          </w:p>
          <w:p w14:paraId="479EF290"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Generačné vzťahy</w:t>
            </w:r>
          </w:p>
          <w:p w14:paraId="37CC5442"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Predstavy mládeže</w:t>
            </w:r>
          </w:p>
          <w:p w14:paraId="34C92891"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o svete</w:t>
            </w:r>
          </w:p>
          <w:p w14:paraId="24260C2F" w14:textId="77777777" w:rsidR="007243BE" w:rsidRPr="00727A71" w:rsidRDefault="00B15A04" w:rsidP="0062142A">
            <w:pPr>
              <w:spacing w:after="20" w:line="240" w:lineRule="auto"/>
              <w:rPr>
                <w:b/>
                <w:bCs/>
                <w:sz w:val="22"/>
              </w:rPr>
            </w:pPr>
          </w:p>
        </w:tc>
      </w:tr>
      <w:tr w:rsidR="007243BE" w:rsidRPr="001870F2" w14:paraId="59B2861E" w14:textId="77777777" w:rsidTr="0062142A">
        <w:trPr>
          <w:cantSplit/>
          <w:trHeight w:val="2104"/>
          <w:jc w:val="center"/>
        </w:trPr>
        <w:tc>
          <w:tcPr>
            <w:tcW w:w="2346" w:type="dxa"/>
          </w:tcPr>
          <w:p w14:paraId="4D543859" w14:textId="77777777" w:rsidR="007243BE" w:rsidRPr="00727A71" w:rsidRDefault="00974517" w:rsidP="0062142A">
            <w:pPr>
              <w:autoSpaceDE w:val="0"/>
              <w:autoSpaceDN w:val="0"/>
              <w:adjustRightInd w:val="0"/>
              <w:spacing w:after="20" w:line="240" w:lineRule="auto"/>
              <w:rPr>
                <w:rFonts w:ascii="Times New Roman" w:eastAsia="Times New Roman" w:hAnsi="Times New Roman"/>
                <w:b/>
                <w:bCs/>
                <w:lang w:eastAsia="sk-SK"/>
              </w:rPr>
            </w:pPr>
            <w:r w:rsidRPr="00727A71">
              <w:rPr>
                <w:bCs/>
                <w:sz w:val="18"/>
                <w:lang w:eastAsia="sk-SK"/>
              </w:rPr>
              <w:t>17 Zamestnanie</w:t>
            </w:r>
          </w:p>
          <w:p w14:paraId="33029DFA"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Pracovné pomery a</w:t>
            </w:r>
          </w:p>
          <w:p w14:paraId="06734C07"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kariéra</w:t>
            </w:r>
          </w:p>
          <w:p w14:paraId="1038519B"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Platové</w:t>
            </w:r>
          </w:p>
          <w:p w14:paraId="5B9F6F77"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ohodnotenie</w:t>
            </w:r>
          </w:p>
          <w:p w14:paraId="0E83FF00"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Nezamestnanosť</w:t>
            </w:r>
          </w:p>
          <w:p w14:paraId="78DA6383" w14:textId="77777777" w:rsidR="007243BE" w:rsidRPr="00727A71" w:rsidRDefault="00B15A04" w:rsidP="0062142A">
            <w:pPr>
              <w:autoSpaceDE w:val="0"/>
              <w:autoSpaceDN w:val="0"/>
              <w:adjustRightInd w:val="0"/>
              <w:spacing w:after="20" w:line="240" w:lineRule="auto"/>
              <w:rPr>
                <w:rFonts w:ascii="Times New Roman" w:eastAsia="Times New Roman" w:hAnsi="Times New Roman"/>
                <w:b/>
                <w:bCs/>
                <w:lang w:eastAsia="sk-SK"/>
              </w:rPr>
            </w:pPr>
          </w:p>
        </w:tc>
        <w:tc>
          <w:tcPr>
            <w:tcW w:w="3240" w:type="dxa"/>
          </w:tcPr>
          <w:p w14:paraId="6D28817D" w14:textId="77777777" w:rsidR="007243BE" w:rsidRPr="00727A71" w:rsidRDefault="00974517" w:rsidP="0062142A">
            <w:pPr>
              <w:autoSpaceDE w:val="0"/>
              <w:autoSpaceDN w:val="0"/>
              <w:adjustRightInd w:val="0"/>
              <w:spacing w:after="20" w:line="240" w:lineRule="auto"/>
              <w:rPr>
                <w:rFonts w:ascii="Times New Roman" w:eastAsia="Times New Roman" w:hAnsi="Times New Roman"/>
                <w:b/>
                <w:bCs/>
                <w:lang w:eastAsia="sk-SK"/>
              </w:rPr>
            </w:pPr>
            <w:r w:rsidRPr="00727A71">
              <w:rPr>
                <w:bCs/>
                <w:sz w:val="18"/>
                <w:lang w:eastAsia="sk-SK"/>
              </w:rPr>
              <w:t>18 Veda a technika</w:t>
            </w:r>
          </w:p>
          <w:p w14:paraId="45FC7DA3" w14:textId="77777777" w:rsidR="007243BE" w:rsidRPr="00727A71" w:rsidRDefault="00974517" w:rsidP="0062142A">
            <w:pPr>
              <w:autoSpaceDE w:val="0"/>
              <w:autoSpaceDN w:val="0"/>
              <w:adjustRightInd w:val="0"/>
              <w:spacing w:after="20" w:line="240" w:lineRule="auto"/>
              <w:rPr>
                <w:rFonts w:ascii="Times New Roman" w:eastAsia="Times New Roman" w:hAnsi="Times New Roman"/>
                <w:b/>
                <w:bCs/>
                <w:lang w:eastAsia="sk-SK"/>
              </w:rPr>
            </w:pPr>
            <w:r w:rsidRPr="00727A71">
              <w:rPr>
                <w:bCs/>
                <w:sz w:val="18"/>
                <w:lang w:eastAsia="sk-SK"/>
              </w:rPr>
              <w:t>v službách Ľudstva</w:t>
            </w:r>
          </w:p>
          <w:p w14:paraId="026CBF58"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Technické</w:t>
            </w:r>
          </w:p>
          <w:p w14:paraId="20F54061"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vynálezy</w:t>
            </w:r>
          </w:p>
          <w:p w14:paraId="7BB37F8F"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Vedecký pokrok</w:t>
            </w:r>
          </w:p>
          <w:p w14:paraId="30319C3E" w14:textId="77777777" w:rsidR="007243BE" w:rsidRPr="00727A71" w:rsidRDefault="00B15A04" w:rsidP="0062142A">
            <w:pPr>
              <w:spacing w:after="20" w:line="240" w:lineRule="auto"/>
              <w:rPr>
                <w:b/>
                <w:bCs/>
                <w:sz w:val="22"/>
              </w:rPr>
            </w:pPr>
          </w:p>
        </w:tc>
        <w:tc>
          <w:tcPr>
            <w:tcW w:w="3702" w:type="dxa"/>
          </w:tcPr>
          <w:p w14:paraId="7A43C3C5" w14:textId="77777777" w:rsidR="007243BE" w:rsidRPr="00727A71" w:rsidRDefault="00974517" w:rsidP="0062142A">
            <w:pPr>
              <w:autoSpaceDE w:val="0"/>
              <w:autoSpaceDN w:val="0"/>
              <w:adjustRightInd w:val="0"/>
              <w:spacing w:after="20" w:line="240" w:lineRule="auto"/>
              <w:rPr>
                <w:rFonts w:ascii="Times New Roman" w:eastAsia="Times New Roman" w:hAnsi="Times New Roman"/>
                <w:b/>
                <w:bCs/>
                <w:lang w:eastAsia="sk-SK"/>
              </w:rPr>
            </w:pPr>
            <w:r w:rsidRPr="00727A71">
              <w:rPr>
                <w:bCs/>
                <w:sz w:val="18"/>
                <w:lang w:eastAsia="sk-SK"/>
              </w:rPr>
              <w:t>19 Vzory a ideály</w:t>
            </w:r>
          </w:p>
          <w:p w14:paraId="14BA6730"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človek, jeho vzory</w:t>
            </w:r>
          </w:p>
          <w:p w14:paraId="4E155169"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a ideály</w:t>
            </w:r>
          </w:p>
          <w:p w14:paraId="22E11318"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Pozitívne a</w:t>
            </w:r>
          </w:p>
          <w:p w14:paraId="2FA6536A"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negatívne vzory</w:t>
            </w:r>
          </w:p>
          <w:p w14:paraId="1ADADF3A" w14:textId="77777777" w:rsidR="007243BE" w:rsidRPr="00727A71" w:rsidRDefault="00B15A04" w:rsidP="0062142A">
            <w:pPr>
              <w:spacing w:after="20" w:line="240" w:lineRule="auto"/>
              <w:rPr>
                <w:b/>
                <w:bCs/>
                <w:sz w:val="22"/>
              </w:rPr>
            </w:pPr>
          </w:p>
        </w:tc>
      </w:tr>
      <w:tr w:rsidR="007243BE" w:rsidRPr="001870F2" w14:paraId="0FA610B1" w14:textId="77777777" w:rsidTr="0062142A">
        <w:trPr>
          <w:cantSplit/>
          <w:trHeight w:val="2139"/>
          <w:jc w:val="center"/>
        </w:trPr>
        <w:tc>
          <w:tcPr>
            <w:tcW w:w="2346" w:type="dxa"/>
          </w:tcPr>
          <w:p w14:paraId="30D002C4" w14:textId="77777777" w:rsidR="007243BE" w:rsidRPr="00727A71" w:rsidRDefault="00974517" w:rsidP="0062142A">
            <w:pPr>
              <w:autoSpaceDE w:val="0"/>
              <w:autoSpaceDN w:val="0"/>
              <w:adjustRightInd w:val="0"/>
              <w:spacing w:after="20" w:line="240" w:lineRule="auto"/>
              <w:rPr>
                <w:rFonts w:ascii="Times New Roman" w:eastAsia="Times New Roman" w:hAnsi="Times New Roman"/>
                <w:b/>
                <w:bCs/>
                <w:lang w:eastAsia="sk-SK"/>
              </w:rPr>
            </w:pPr>
            <w:r w:rsidRPr="00727A71">
              <w:rPr>
                <w:bCs/>
                <w:sz w:val="18"/>
                <w:lang w:eastAsia="sk-SK"/>
              </w:rPr>
              <w:t>20 Slovensko</w:t>
            </w:r>
          </w:p>
          <w:p w14:paraId="3706F930"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+13</w:t>
            </w:r>
          </w:p>
          <w:p w14:paraId="21927411"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Geografické údaje</w:t>
            </w:r>
          </w:p>
          <w:p w14:paraId="0A7B6A8C"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História</w:t>
            </w:r>
          </w:p>
          <w:p w14:paraId="3BB34371"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Turistické miesta,</w:t>
            </w:r>
          </w:p>
          <w:p w14:paraId="672F23EF"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kultúrne zvyky</w:t>
            </w:r>
          </w:p>
          <w:p w14:paraId="16827885"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a tradície</w:t>
            </w:r>
          </w:p>
          <w:p w14:paraId="265640FD" w14:textId="77777777" w:rsidR="007243BE" w:rsidRPr="00727A71" w:rsidRDefault="00B15A04" w:rsidP="0062142A">
            <w:pPr>
              <w:autoSpaceDE w:val="0"/>
              <w:autoSpaceDN w:val="0"/>
              <w:adjustRightInd w:val="0"/>
              <w:spacing w:after="20" w:line="240" w:lineRule="auto"/>
              <w:jc w:val="both"/>
              <w:rPr>
                <w:rFonts w:ascii="Times New Roman" w:eastAsia="Times New Roman" w:hAnsi="Times New Roman"/>
                <w:b/>
                <w:bCs/>
                <w:lang w:eastAsia="sk-SK"/>
              </w:rPr>
            </w:pPr>
          </w:p>
        </w:tc>
        <w:tc>
          <w:tcPr>
            <w:tcW w:w="3240" w:type="dxa"/>
          </w:tcPr>
          <w:p w14:paraId="5607E600" w14:textId="77777777" w:rsidR="007243BE" w:rsidRPr="00727A71" w:rsidRDefault="00974517" w:rsidP="0062142A">
            <w:pPr>
              <w:autoSpaceDE w:val="0"/>
              <w:autoSpaceDN w:val="0"/>
              <w:adjustRightInd w:val="0"/>
              <w:spacing w:after="20" w:line="240" w:lineRule="auto"/>
              <w:rPr>
                <w:rFonts w:ascii="Times New Roman" w:eastAsia="Times New Roman" w:hAnsi="Times New Roman"/>
                <w:b/>
                <w:bCs/>
                <w:lang w:eastAsia="sk-SK"/>
              </w:rPr>
            </w:pPr>
            <w:r w:rsidRPr="00727A71">
              <w:rPr>
                <w:bCs/>
                <w:sz w:val="18"/>
                <w:lang w:eastAsia="sk-SK"/>
              </w:rPr>
              <w:t>21 Krajina, ktorej</w:t>
            </w:r>
          </w:p>
          <w:p w14:paraId="080F81C5" w14:textId="77777777" w:rsidR="007243BE" w:rsidRPr="00727A71" w:rsidRDefault="00974517" w:rsidP="0062142A">
            <w:pPr>
              <w:autoSpaceDE w:val="0"/>
              <w:autoSpaceDN w:val="0"/>
              <w:adjustRightInd w:val="0"/>
              <w:spacing w:after="20" w:line="240" w:lineRule="auto"/>
              <w:rPr>
                <w:rFonts w:ascii="Times New Roman" w:eastAsia="Times New Roman" w:hAnsi="Times New Roman"/>
                <w:b/>
                <w:bCs/>
                <w:lang w:eastAsia="sk-SK"/>
              </w:rPr>
            </w:pPr>
            <w:r w:rsidRPr="00727A71">
              <w:rPr>
                <w:bCs/>
                <w:sz w:val="18"/>
                <w:lang w:eastAsia="sk-SK"/>
              </w:rPr>
              <w:t>jazyk sa učím</w:t>
            </w:r>
          </w:p>
          <w:p w14:paraId="55F20808"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+13</w:t>
            </w:r>
          </w:p>
          <w:p w14:paraId="412AEDDA"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Geografické údaje</w:t>
            </w:r>
          </w:p>
          <w:p w14:paraId="26F3A0F5"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História</w:t>
            </w:r>
          </w:p>
          <w:p w14:paraId="6B72ABE5"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 Turistické miesta,</w:t>
            </w:r>
          </w:p>
          <w:p w14:paraId="293968AE" w14:textId="77777777" w:rsidR="007243BE" w:rsidRPr="00727A71" w:rsidRDefault="00974517" w:rsidP="0062142A">
            <w:pPr>
              <w:autoSpaceDE w:val="0"/>
              <w:autoSpaceDN w:val="0"/>
              <w:adjustRightInd w:val="0"/>
              <w:spacing w:after="20" w:line="240" w:lineRule="auto"/>
              <w:rPr>
                <w:rFonts w:ascii="Times New Roman" w:eastAsia="Times New Roman" w:hAnsi="Times New Roman"/>
                <w:lang w:eastAsia="sk-SK"/>
              </w:rPr>
            </w:pPr>
            <w:r w:rsidRPr="00727A71">
              <w:rPr>
                <w:sz w:val="18"/>
                <w:lang w:eastAsia="sk-SK"/>
              </w:rPr>
              <w:t>kultúrne zvyky</w:t>
            </w:r>
          </w:p>
          <w:p w14:paraId="1A7191B0" w14:textId="77777777" w:rsidR="007243BE" w:rsidRPr="00727A71" w:rsidRDefault="00974517" w:rsidP="0062142A">
            <w:pPr>
              <w:spacing w:after="20" w:line="240" w:lineRule="auto"/>
              <w:rPr>
                <w:b/>
                <w:bCs/>
                <w:sz w:val="22"/>
              </w:rPr>
            </w:pPr>
            <w:r w:rsidRPr="00727A71">
              <w:rPr>
                <w:sz w:val="18"/>
              </w:rPr>
              <w:t>a tradície</w:t>
            </w:r>
          </w:p>
        </w:tc>
        <w:tc>
          <w:tcPr>
            <w:tcW w:w="3702" w:type="dxa"/>
          </w:tcPr>
          <w:p w14:paraId="11EEC270" w14:textId="77777777" w:rsidR="007243BE" w:rsidRPr="00727A71" w:rsidRDefault="00B15A04" w:rsidP="0062142A">
            <w:pPr>
              <w:spacing w:after="20" w:line="240" w:lineRule="auto"/>
              <w:rPr>
                <w:b/>
                <w:bCs/>
                <w:sz w:val="22"/>
              </w:rPr>
            </w:pPr>
          </w:p>
        </w:tc>
      </w:tr>
    </w:tbl>
    <w:p w14:paraId="70DB0D25" w14:textId="77777777" w:rsidR="00017FC4" w:rsidRDefault="00974517">
      <w:pPr>
        <w:keepNext/>
        <w:spacing w:before="80" w:after="40" w:line="247" w:lineRule="auto"/>
      </w:pPr>
      <w:r>
        <w:rPr>
          <w:b/>
        </w:rPr>
        <w:t>Tematické celky podľa TVVP</w:t>
      </w:r>
    </w:p>
    <w:p w14:paraId="1E944326" w14:textId="77777777" w:rsidR="00017FC4" w:rsidRDefault="00974517">
      <w:pPr>
        <w:keepNext/>
        <w:spacing w:before="120" w:line="247" w:lineRule="auto"/>
      </w:pPr>
      <w:r>
        <w:rPr>
          <w:b/>
          <w:sz w:val="21"/>
        </w:rPr>
        <w:t>Úvod – 9 hodín</w:t>
      </w:r>
    </w:p>
    <w:p w14:paraId="38E0C247" w14:textId="77777777" w:rsidR="00017FC4" w:rsidRDefault="00974517">
      <w:pPr>
        <w:keepNext/>
        <w:spacing w:before="120" w:line="247" w:lineRule="auto"/>
      </w:pPr>
      <w:r>
        <w:rPr>
          <w:b/>
          <w:sz w:val="21"/>
        </w:rPr>
        <w:t>1. Môj život – 15 hodín</w:t>
      </w:r>
    </w:p>
    <w:p w14:paraId="2189DD7C" w14:textId="77777777" w:rsidR="00017FC4" w:rsidRDefault="00974517">
      <w:pPr>
        <w:keepNext/>
        <w:spacing w:before="120" w:line="247" w:lineRule="auto"/>
      </w:pPr>
      <w:r>
        <w:rPr>
          <w:b/>
          <w:sz w:val="21"/>
        </w:rPr>
        <w:t>2. Zvieratá– 15 hodín</w:t>
      </w:r>
    </w:p>
    <w:p w14:paraId="4102A0A9" w14:textId="77777777" w:rsidR="00017FC4" w:rsidRDefault="00974517">
      <w:pPr>
        <w:keepNext/>
        <w:spacing w:before="120" w:line="247" w:lineRule="auto"/>
      </w:pPr>
      <w:r>
        <w:rPr>
          <w:b/>
          <w:sz w:val="21"/>
        </w:rPr>
        <w:t>3. Prázdniny – 15 hodín</w:t>
      </w:r>
    </w:p>
    <w:p w14:paraId="1CDA393B" w14:textId="77777777" w:rsidR="00017FC4" w:rsidRDefault="00974517">
      <w:pPr>
        <w:keepNext/>
        <w:spacing w:before="120" w:line="247" w:lineRule="auto"/>
      </w:pPr>
      <w:r>
        <w:rPr>
          <w:b/>
          <w:sz w:val="21"/>
        </w:rPr>
        <w:t>4. Jedlo – 15 hodín</w:t>
      </w:r>
    </w:p>
    <w:p w14:paraId="7AD24AFF" w14:textId="77777777" w:rsidR="00017FC4" w:rsidRDefault="00974517">
      <w:pPr>
        <w:keepNext/>
        <w:spacing w:before="120" w:line="247" w:lineRule="auto"/>
      </w:pPr>
      <w:r>
        <w:rPr>
          <w:b/>
          <w:sz w:val="21"/>
        </w:rPr>
        <w:t>5. Svet – 15 hodín</w:t>
      </w:r>
    </w:p>
    <w:p w14:paraId="70940C2C" w14:textId="77777777" w:rsidR="00017FC4" w:rsidRDefault="00974517">
      <w:pPr>
        <w:keepNext/>
        <w:spacing w:before="120" w:line="247" w:lineRule="auto"/>
      </w:pPr>
      <w:r>
        <w:rPr>
          <w:b/>
          <w:sz w:val="21"/>
        </w:rPr>
        <w:t>6. Zábava – 15 hodín</w:t>
      </w:r>
    </w:p>
    <w:p w14:paraId="7AA3F7C8" w14:textId="77777777" w:rsidR="00017FC4" w:rsidRDefault="00974517">
      <w:pPr>
        <w:keepNext/>
        <w:spacing w:before="120" w:line="247" w:lineRule="auto"/>
      </w:pPr>
      <w:r>
        <w:rPr>
          <w:b/>
          <w:sz w:val="21"/>
        </w:rPr>
        <w:t>Úvod – 9 hodín</w:t>
      </w:r>
    </w:p>
    <w:p w14:paraId="7F65A0F9" w14:textId="77777777" w:rsidR="00017FC4" w:rsidRDefault="00974517">
      <w:pPr>
        <w:keepNext/>
        <w:spacing w:before="80" w:after="40" w:line="247" w:lineRule="auto"/>
      </w:pPr>
      <w:r>
        <w:rPr>
          <w:b/>
        </w:rPr>
        <w:t>Obsahový štandard</w:t>
      </w:r>
    </w:p>
    <w:p w14:paraId="78DD7141" w14:textId="77777777" w:rsidR="00017FC4" w:rsidRDefault="00974517">
      <w:pPr>
        <w:spacing w:line="247" w:lineRule="auto"/>
        <w:jc w:val="both"/>
      </w:pPr>
      <w:r>
        <w:t>prítomný čas jednoduchý, otázky, áno/nie odpovede, modálne sloveso môcť, vedieť, moja rodina, moja izba, pieseň</w:t>
      </w:r>
    </w:p>
    <w:p w14:paraId="624ED41B" w14:textId="77777777" w:rsidR="00017FC4" w:rsidRDefault="00974517">
      <w:pPr>
        <w:keepNext/>
        <w:spacing w:before="80" w:after="40" w:line="247" w:lineRule="auto"/>
      </w:pPr>
      <w:r>
        <w:rPr>
          <w:b/>
        </w:rPr>
        <w:t>Výkonový štandard</w:t>
      </w:r>
    </w:p>
    <w:p w14:paraId="052BF5A4" w14:textId="77777777" w:rsidR="00017FC4" w:rsidRDefault="00974517">
      <w:pPr>
        <w:spacing w:line="247" w:lineRule="auto"/>
        <w:jc w:val="both"/>
      </w:pPr>
      <w:r>
        <w:t>Žiak na konci 6. ročníka dokáže/vie:</w:t>
      </w:r>
    </w:p>
    <w:p w14:paraId="027B424A" w14:textId="77777777" w:rsidR="00017FC4" w:rsidRDefault="00974517">
      <w:pPr>
        <w:spacing w:after="30" w:line="247" w:lineRule="auto"/>
        <w:ind w:left="198" w:hanging="102"/>
      </w:pPr>
      <w:r>
        <w:t>• zachytiť známe informácie v počutom texte</w:t>
      </w:r>
    </w:p>
    <w:p w14:paraId="4DAABCB7" w14:textId="77777777" w:rsidR="00017FC4" w:rsidRDefault="00974517">
      <w:pPr>
        <w:spacing w:after="30" w:line="247" w:lineRule="auto"/>
        <w:ind w:left="198" w:hanging="102"/>
      </w:pPr>
      <w:r>
        <w:t>• vyhľadať v texte osobné údaje</w:t>
      </w:r>
    </w:p>
    <w:p w14:paraId="2A169C4A" w14:textId="77777777" w:rsidR="00017FC4" w:rsidRDefault="00974517">
      <w:pPr>
        <w:spacing w:after="30" w:line="247" w:lineRule="auto"/>
        <w:ind w:left="198" w:hanging="102"/>
      </w:pPr>
      <w:r>
        <w:t>• vyhľadať informácie v texte, pochopiť hlavnú myšlienku</w:t>
      </w:r>
    </w:p>
    <w:p w14:paraId="40768B44" w14:textId="77777777" w:rsidR="00017FC4" w:rsidRDefault="00974517">
      <w:pPr>
        <w:spacing w:after="30" w:line="247" w:lineRule="auto"/>
        <w:ind w:left="198" w:hanging="102"/>
      </w:pPr>
      <w:r>
        <w:t>• hovoriť kamarátovi o dennom režime</w:t>
      </w:r>
    </w:p>
    <w:p w14:paraId="1EC97504" w14:textId="77777777" w:rsidR="00017FC4" w:rsidRDefault="00974517">
      <w:pPr>
        <w:spacing w:after="30" w:line="247" w:lineRule="auto"/>
        <w:ind w:left="198" w:hanging="102"/>
      </w:pPr>
      <w:r>
        <w:t>• pomenovať rôzne domáce práce a hovoriť o svojich skúsenostiach z denného života</w:t>
      </w:r>
    </w:p>
    <w:p w14:paraId="319ACE9B" w14:textId="77777777" w:rsidR="00017FC4" w:rsidRDefault="00974517">
      <w:pPr>
        <w:keepNext/>
        <w:spacing w:before="80" w:after="40" w:line="247" w:lineRule="auto"/>
      </w:pPr>
      <w:r>
        <w:rPr>
          <w:b/>
        </w:rPr>
        <w:t>Medzipredmetové vzťahy a prierezové témy:</w:t>
      </w:r>
    </w:p>
    <w:p w14:paraId="1AF4D3F9" w14:textId="77777777" w:rsidR="00017FC4" w:rsidRDefault="00974517">
      <w:pPr>
        <w:spacing w:line="247" w:lineRule="auto"/>
        <w:jc w:val="both"/>
      </w:pPr>
      <w:r>
        <w:t>ETV, INF, MDV, MUV, OSR, RGV</w:t>
      </w:r>
    </w:p>
    <w:p w14:paraId="3D74ABC2" w14:textId="77777777" w:rsidR="00017FC4" w:rsidRDefault="00974517">
      <w:pPr>
        <w:keepNext/>
        <w:spacing w:before="120" w:line="247" w:lineRule="auto"/>
      </w:pPr>
      <w:r>
        <w:rPr>
          <w:b/>
          <w:sz w:val="21"/>
        </w:rPr>
        <w:t>1. Môj život – 15 hodín</w:t>
      </w:r>
    </w:p>
    <w:p w14:paraId="3FEE0313" w14:textId="77777777" w:rsidR="00017FC4" w:rsidRDefault="00974517">
      <w:pPr>
        <w:keepNext/>
        <w:spacing w:before="80" w:after="40" w:line="247" w:lineRule="auto"/>
      </w:pPr>
      <w:r>
        <w:rPr>
          <w:b/>
        </w:rPr>
        <w:t>Obsahový štandard</w:t>
      </w:r>
    </w:p>
    <w:p w14:paraId="28F8C253" w14:textId="77777777" w:rsidR="00017FC4" w:rsidRDefault="00974517">
      <w:pPr>
        <w:spacing w:line="247" w:lineRule="auto"/>
        <w:jc w:val="both"/>
      </w:pPr>
      <w:r>
        <w:t>prítomný čas jednoduchý, otázky, odpovede áno/nie, narodeniny, frekvenčné príslovky, radové číslovky, festivaly, CLIL/ Prírodné vedy a matematika- meranie času</w:t>
      </w:r>
    </w:p>
    <w:p w14:paraId="6A43BC7F" w14:textId="77777777" w:rsidR="00017FC4" w:rsidRDefault="00974517">
      <w:pPr>
        <w:keepNext/>
        <w:spacing w:before="80" w:after="40" w:line="247" w:lineRule="auto"/>
      </w:pPr>
      <w:r>
        <w:rPr>
          <w:b/>
        </w:rPr>
        <w:t>Výkonový štandard</w:t>
      </w:r>
    </w:p>
    <w:p w14:paraId="43A345E1" w14:textId="77777777" w:rsidR="00017FC4" w:rsidRDefault="00974517">
      <w:pPr>
        <w:spacing w:line="247" w:lineRule="auto"/>
        <w:jc w:val="both"/>
      </w:pPr>
      <w:r>
        <w:t>Žiak na konci 6. ročníka dokáže/vie:</w:t>
      </w:r>
    </w:p>
    <w:p w14:paraId="69BC983C" w14:textId="77777777" w:rsidR="00017FC4" w:rsidRDefault="00974517">
      <w:pPr>
        <w:spacing w:after="30" w:line="247" w:lineRule="auto"/>
        <w:ind w:left="198" w:hanging="102"/>
      </w:pPr>
      <w:r>
        <w:lastRenderedPageBreak/>
        <w:t>• zachytiť známe informácie v počutom texte</w:t>
      </w:r>
    </w:p>
    <w:p w14:paraId="03292B4A" w14:textId="77777777" w:rsidR="00017FC4" w:rsidRDefault="00974517">
      <w:pPr>
        <w:spacing w:after="30" w:line="247" w:lineRule="auto"/>
        <w:ind w:left="198" w:hanging="102"/>
      </w:pPr>
      <w:r>
        <w:t>• vyhľadať v texte osobné údaje</w:t>
      </w:r>
    </w:p>
    <w:p w14:paraId="5D6E622A" w14:textId="77777777" w:rsidR="00017FC4" w:rsidRDefault="00974517">
      <w:pPr>
        <w:spacing w:after="30" w:line="247" w:lineRule="auto"/>
        <w:ind w:left="198" w:hanging="102"/>
      </w:pPr>
      <w:r>
        <w:t>• rozpoznať dátumy a názvy mesiacov v roku</w:t>
      </w:r>
    </w:p>
    <w:p w14:paraId="6EB8CC82" w14:textId="77777777" w:rsidR="00017FC4" w:rsidRDefault="00974517">
      <w:pPr>
        <w:spacing w:after="30" w:line="247" w:lineRule="auto"/>
        <w:ind w:left="198" w:hanging="102"/>
      </w:pPr>
      <w:r>
        <w:t>• vyhľadať informácie v texte, pochopiť hlavnú myšlienku</w:t>
      </w:r>
    </w:p>
    <w:p w14:paraId="428A939C" w14:textId="77777777" w:rsidR="00017FC4" w:rsidRDefault="00974517">
      <w:pPr>
        <w:spacing w:after="30" w:line="247" w:lineRule="auto"/>
        <w:ind w:left="198" w:hanging="102"/>
      </w:pPr>
      <w:r>
        <w:t>• hovoriť kamarátovi o dennom režime</w:t>
      </w:r>
    </w:p>
    <w:p w14:paraId="594D8F3A" w14:textId="77777777" w:rsidR="00017FC4" w:rsidRDefault="00974517">
      <w:pPr>
        <w:spacing w:after="30" w:line="247" w:lineRule="auto"/>
        <w:ind w:left="198" w:hanging="102"/>
      </w:pPr>
      <w:r>
        <w:t>• hovoriť o dianí spojenom s konkrétnym dátumom</w:t>
      </w:r>
    </w:p>
    <w:p w14:paraId="0F7C8FD2" w14:textId="77777777" w:rsidR="00017FC4" w:rsidRDefault="00974517">
      <w:pPr>
        <w:spacing w:after="30" w:line="247" w:lineRule="auto"/>
        <w:ind w:left="198" w:hanging="102"/>
      </w:pPr>
      <w:r>
        <w:t>• pomenovať rôzne domáce práce a hovoriť o svojich skúsenostiach z denného života</w:t>
      </w:r>
    </w:p>
    <w:p w14:paraId="38A62669" w14:textId="77777777" w:rsidR="00017FC4" w:rsidRDefault="00974517">
      <w:pPr>
        <w:spacing w:after="30" w:line="247" w:lineRule="auto"/>
        <w:ind w:left="198" w:hanging="102"/>
      </w:pPr>
      <w:r>
        <w:t>• rozprávať sa s kamarátom o dennom režime</w:t>
      </w:r>
    </w:p>
    <w:p w14:paraId="591C49AF" w14:textId="77777777" w:rsidR="00017FC4" w:rsidRDefault="00974517">
      <w:pPr>
        <w:spacing w:after="30" w:line="247" w:lineRule="auto"/>
        <w:ind w:left="198" w:hanging="102"/>
      </w:pPr>
      <w:r>
        <w:t>• rozprávať sa o domácich prácach a bežnom týždni</w:t>
      </w:r>
    </w:p>
    <w:p w14:paraId="2D43999D" w14:textId="77777777" w:rsidR="00017FC4" w:rsidRDefault="00974517">
      <w:pPr>
        <w:keepNext/>
        <w:spacing w:before="80" w:after="40" w:line="247" w:lineRule="auto"/>
      </w:pPr>
      <w:r>
        <w:rPr>
          <w:b/>
        </w:rPr>
        <w:t>Medzipredmetové vzťahy a prierezové témy:</w:t>
      </w:r>
    </w:p>
    <w:p w14:paraId="1568EA1D" w14:textId="77777777" w:rsidR="00017FC4" w:rsidRDefault="00974517">
      <w:pPr>
        <w:spacing w:line="247" w:lineRule="auto"/>
        <w:jc w:val="both"/>
      </w:pPr>
      <w:r>
        <w:t>MAT, BIO, MDV, TPPZ, OSR, MUV</w:t>
      </w:r>
    </w:p>
    <w:p w14:paraId="74EA1859" w14:textId="77777777" w:rsidR="00017FC4" w:rsidRDefault="00974517">
      <w:pPr>
        <w:keepNext/>
        <w:spacing w:before="120" w:line="247" w:lineRule="auto"/>
      </w:pPr>
      <w:r>
        <w:rPr>
          <w:b/>
          <w:sz w:val="21"/>
        </w:rPr>
        <w:t>2. Zvieratá– 15 hodín</w:t>
      </w:r>
    </w:p>
    <w:p w14:paraId="53B508EA" w14:textId="77777777" w:rsidR="00017FC4" w:rsidRDefault="00974517">
      <w:pPr>
        <w:keepNext/>
        <w:spacing w:before="80" w:after="40" w:line="247" w:lineRule="auto"/>
      </w:pPr>
      <w:r>
        <w:rPr>
          <w:b/>
        </w:rPr>
        <w:t>Obsahový štandard</w:t>
      </w:r>
    </w:p>
    <w:p w14:paraId="6323D924" w14:textId="77777777" w:rsidR="00017FC4" w:rsidRDefault="00974517">
      <w:pPr>
        <w:spacing w:line="247" w:lineRule="auto"/>
        <w:jc w:val="both"/>
      </w:pPr>
      <w:r>
        <w:t>prítomný čas priebehový, školský výlet, prítomný čas obyčajný porovnaný s priebehovým, zámeno ako predmet vety, sloveso musieť, zvieratá, CLIL/ Biológia- klasifikácia zvierat</w:t>
      </w:r>
    </w:p>
    <w:p w14:paraId="714E15A3" w14:textId="77777777" w:rsidR="00017FC4" w:rsidRDefault="00974517">
      <w:pPr>
        <w:keepNext/>
        <w:spacing w:before="80" w:after="40" w:line="247" w:lineRule="auto"/>
      </w:pPr>
      <w:r>
        <w:rPr>
          <w:b/>
        </w:rPr>
        <w:t>Výkonový štandard</w:t>
      </w:r>
    </w:p>
    <w:p w14:paraId="5BA10D11" w14:textId="77777777" w:rsidR="00017FC4" w:rsidRDefault="00974517">
      <w:pPr>
        <w:spacing w:line="247" w:lineRule="auto"/>
        <w:jc w:val="both"/>
      </w:pPr>
      <w:r>
        <w:t>Žiak na konci 6. ročníka dokáže/vie:</w:t>
      </w:r>
    </w:p>
    <w:p w14:paraId="4C7F32F2" w14:textId="77777777" w:rsidR="00017FC4" w:rsidRDefault="00974517">
      <w:pPr>
        <w:spacing w:after="30" w:line="247" w:lineRule="auto"/>
        <w:ind w:left="198" w:hanging="102"/>
      </w:pPr>
      <w:r>
        <w:t>• vyhľadať špecifické informácie v prečítanom texte</w:t>
      </w:r>
    </w:p>
    <w:p w14:paraId="46D24BB9" w14:textId="77777777" w:rsidR="00017FC4" w:rsidRDefault="00974517">
      <w:pPr>
        <w:spacing w:after="30" w:line="247" w:lineRule="auto"/>
        <w:ind w:left="198" w:hanging="102"/>
      </w:pPr>
      <w:r>
        <w:t>• rozumieť hlavnej myšlienke prečítaného príbehu</w:t>
      </w:r>
    </w:p>
    <w:p w14:paraId="0CAFE1EF" w14:textId="77777777" w:rsidR="00017FC4" w:rsidRDefault="00974517">
      <w:pPr>
        <w:spacing w:after="30" w:line="247" w:lineRule="auto"/>
        <w:ind w:left="198" w:hanging="102"/>
      </w:pPr>
      <w:r>
        <w:t>• pomocou obrázku pomenovať exotické zvieratká, ktoré možno vidieť v ZOO</w:t>
      </w:r>
    </w:p>
    <w:p w14:paraId="527B4C9D" w14:textId="77777777" w:rsidR="00017FC4" w:rsidRDefault="00974517">
      <w:pPr>
        <w:spacing w:after="30" w:line="247" w:lineRule="auto"/>
        <w:ind w:left="198" w:hanging="102"/>
      </w:pPr>
      <w:r>
        <w:t>• informovať o tom, ktoré zvieratká má žiak rád a ktoré nemá</w:t>
      </w:r>
    </w:p>
    <w:p w14:paraId="5F37051D" w14:textId="77777777" w:rsidR="00017FC4" w:rsidRDefault="00974517">
      <w:pPr>
        <w:spacing w:after="30" w:line="247" w:lineRule="auto"/>
        <w:ind w:left="198" w:hanging="102"/>
      </w:pPr>
      <w:r>
        <w:t>• simulovať telefónny rozhovor s kamarátom a opýtať sa, čo robí</w:t>
      </w:r>
    </w:p>
    <w:p w14:paraId="5CCC20D2" w14:textId="77777777" w:rsidR="00017FC4" w:rsidRDefault="00974517">
      <w:pPr>
        <w:keepNext/>
        <w:spacing w:before="80" w:after="40" w:line="247" w:lineRule="auto"/>
      </w:pPr>
      <w:r>
        <w:rPr>
          <w:b/>
        </w:rPr>
        <w:t>Medzipredmetové vzťahy a prierezové témy:</w:t>
      </w:r>
    </w:p>
    <w:p w14:paraId="1E13F8B9" w14:textId="77777777" w:rsidR="00017FC4" w:rsidRDefault="00974517">
      <w:pPr>
        <w:spacing w:line="247" w:lineRule="auto"/>
        <w:jc w:val="both"/>
      </w:pPr>
      <w:r>
        <w:t>BIO, GEO, ENV, MDV, TPPZ, OSR, MUV</w:t>
      </w:r>
    </w:p>
    <w:p w14:paraId="7F39A247" w14:textId="77777777" w:rsidR="00017FC4" w:rsidRDefault="00974517">
      <w:pPr>
        <w:keepNext/>
        <w:spacing w:before="120" w:line="247" w:lineRule="auto"/>
      </w:pPr>
      <w:r>
        <w:rPr>
          <w:b/>
          <w:sz w:val="21"/>
        </w:rPr>
        <w:t>3. Prázdniny – 15 hodín</w:t>
      </w:r>
    </w:p>
    <w:p w14:paraId="61136C29" w14:textId="77777777" w:rsidR="00017FC4" w:rsidRDefault="00974517">
      <w:pPr>
        <w:keepNext/>
        <w:spacing w:before="80" w:after="40" w:line="247" w:lineRule="auto"/>
      </w:pPr>
      <w:r>
        <w:rPr>
          <w:b/>
        </w:rPr>
        <w:t>Obsahový štandard</w:t>
      </w:r>
    </w:p>
    <w:p w14:paraId="4129502A" w14:textId="77777777" w:rsidR="00017FC4" w:rsidRDefault="00974517">
      <w:pPr>
        <w:spacing w:line="247" w:lineRule="auto"/>
        <w:jc w:val="both"/>
      </w:pPr>
      <w:r>
        <w:t>minulý čas slovesa byť, minulý čas pravidelných slovies, minulý čas nepravidelných slovies, prázdniny, CLIL/ Dejepis- doprava</w:t>
      </w:r>
    </w:p>
    <w:p w14:paraId="68F52AFB" w14:textId="77777777" w:rsidR="00017FC4" w:rsidRDefault="00974517">
      <w:pPr>
        <w:keepNext/>
        <w:spacing w:before="80" w:after="40" w:line="247" w:lineRule="auto"/>
      </w:pPr>
      <w:r>
        <w:rPr>
          <w:b/>
        </w:rPr>
        <w:t>Výkonový štandard</w:t>
      </w:r>
    </w:p>
    <w:p w14:paraId="207EC337" w14:textId="77777777" w:rsidR="00017FC4" w:rsidRDefault="00974517">
      <w:pPr>
        <w:spacing w:line="247" w:lineRule="auto"/>
        <w:jc w:val="both"/>
      </w:pPr>
      <w:r>
        <w:t>Žiak na konci 6. ročníka dokáže/vie:</w:t>
      </w:r>
    </w:p>
    <w:p w14:paraId="3A13DB44" w14:textId="77777777" w:rsidR="00017FC4" w:rsidRDefault="00974517">
      <w:pPr>
        <w:spacing w:line="247" w:lineRule="auto"/>
        <w:jc w:val="both"/>
      </w:pPr>
      <w:r>
        <w:t>rozumieť informáciu z mailu</w:t>
      </w:r>
    </w:p>
    <w:p w14:paraId="26CF81B8" w14:textId="77777777" w:rsidR="00017FC4" w:rsidRDefault="00974517">
      <w:pPr>
        <w:spacing w:line="247" w:lineRule="auto"/>
        <w:jc w:val="both"/>
      </w:pPr>
      <w:r>
        <w:t>porozumieť hlavným informáciám, zachytiť dej v minulosti</w:t>
      </w:r>
    </w:p>
    <w:p w14:paraId="01B0244C" w14:textId="77777777" w:rsidR="00017FC4" w:rsidRDefault="00974517">
      <w:pPr>
        <w:spacing w:line="247" w:lineRule="auto"/>
        <w:jc w:val="both"/>
      </w:pPr>
      <w:r>
        <w:t>reagovať na vizuálny podnet</w:t>
      </w:r>
    </w:p>
    <w:p w14:paraId="5D6D30C7" w14:textId="77777777" w:rsidR="00017FC4" w:rsidRDefault="00974517">
      <w:pPr>
        <w:spacing w:line="247" w:lineRule="auto"/>
        <w:jc w:val="both"/>
      </w:pPr>
      <w:r>
        <w:t>rozumieť obsah krátkeho listu</w:t>
      </w:r>
    </w:p>
    <w:p w14:paraId="40F532D6" w14:textId="77777777" w:rsidR="00017FC4" w:rsidRDefault="00974517">
      <w:pPr>
        <w:spacing w:line="247" w:lineRule="auto"/>
        <w:jc w:val="both"/>
      </w:pPr>
      <w:r>
        <w:t>rozumieť deju kresleného príbehu a napodobniť rozpráv.</w:t>
      </w:r>
    </w:p>
    <w:p w14:paraId="19AC25D8" w14:textId="77777777" w:rsidR="00017FC4" w:rsidRDefault="00974517">
      <w:pPr>
        <w:spacing w:line="247" w:lineRule="auto"/>
        <w:jc w:val="both"/>
      </w:pPr>
      <w:r>
        <w:t>opýtať sa kamaráta, kde bol v predošlých dňoch</w:t>
      </w:r>
    </w:p>
    <w:p w14:paraId="7C348ABC" w14:textId="77777777" w:rsidR="00017FC4" w:rsidRDefault="00974517">
      <w:pPr>
        <w:spacing w:line="247" w:lineRule="auto"/>
        <w:jc w:val="both"/>
      </w:pPr>
      <w:r>
        <w:t>vymenovať bežné dopravné prostriedky, miesta spojené s cestovaním</w:t>
      </w:r>
    </w:p>
    <w:p w14:paraId="06BB4224" w14:textId="77777777" w:rsidR="00017FC4" w:rsidRDefault="00974517">
      <w:pPr>
        <w:spacing w:line="247" w:lineRule="auto"/>
        <w:jc w:val="both"/>
      </w:pPr>
      <w:r>
        <w:t>informovať o inej osobe</w:t>
      </w:r>
    </w:p>
    <w:p w14:paraId="58E50BA9" w14:textId="77777777" w:rsidR="00017FC4" w:rsidRDefault="00974517">
      <w:pPr>
        <w:spacing w:line="247" w:lineRule="auto"/>
        <w:jc w:val="both"/>
      </w:pPr>
      <w:r>
        <w:t>porozprávať sa s kamarátom o dianí v uplynulých dňoch alebo na prázdninách</w:t>
      </w:r>
    </w:p>
    <w:p w14:paraId="65FD2F27" w14:textId="77777777" w:rsidR="00017FC4" w:rsidRDefault="00974517">
      <w:pPr>
        <w:keepNext/>
        <w:spacing w:before="80" w:after="40" w:line="247" w:lineRule="auto"/>
      </w:pPr>
      <w:r>
        <w:rPr>
          <w:b/>
        </w:rPr>
        <w:t>Medzipredmetové vzťahy a prierezové témy:</w:t>
      </w:r>
    </w:p>
    <w:p w14:paraId="3D06E66D" w14:textId="77777777" w:rsidR="00017FC4" w:rsidRDefault="00974517">
      <w:pPr>
        <w:spacing w:line="247" w:lineRule="auto"/>
        <w:jc w:val="both"/>
      </w:pPr>
      <w:r>
        <w:t>DEJ, MDV, TPPZ, OSR, MUV</w:t>
      </w:r>
    </w:p>
    <w:p w14:paraId="4CC2B5B8" w14:textId="77777777" w:rsidR="00017FC4" w:rsidRDefault="00974517">
      <w:pPr>
        <w:keepNext/>
        <w:spacing w:before="120" w:line="247" w:lineRule="auto"/>
      </w:pPr>
      <w:r>
        <w:rPr>
          <w:b/>
          <w:sz w:val="21"/>
        </w:rPr>
        <w:t>4. Jedlo – 15 hodín</w:t>
      </w:r>
    </w:p>
    <w:p w14:paraId="64C230AE" w14:textId="77777777" w:rsidR="00017FC4" w:rsidRDefault="00974517">
      <w:pPr>
        <w:keepNext/>
        <w:spacing w:before="80" w:after="40" w:line="247" w:lineRule="auto"/>
      </w:pPr>
      <w:r>
        <w:rPr>
          <w:b/>
        </w:rPr>
        <w:t>Obsahový štandard</w:t>
      </w:r>
    </w:p>
    <w:p w14:paraId="08D25F14" w14:textId="77777777" w:rsidR="00017FC4" w:rsidRDefault="00974517">
      <w:pPr>
        <w:spacing w:line="247" w:lineRule="auto"/>
        <w:jc w:val="both"/>
      </w:pPr>
      <w:r>
        <w:t>počitateľné a nepočitateľné podstatné mená, jedlo a pitie, neurčité zámená, otázka na množstvo, určitý/ neurčitý člen, málo/veľa- množstvo, recept, jedlá a časy jedál, CLIL/ Geografia- jedlá vo svete</w:t>
      </w:r>
    </w:p>
    <w:p w14:paraId="099629E8" w14:textId="77777777" w:rsidR="00017FC4" w:rsidRDefault="00974517">
      <w:pPr>
        <w:keepNext/>
        <w:spacing w:before="80" w:after="40" w:line="247" w:lineRule="auto"/>
      </w:pPr>
      <w:r>
        <w:rPr>
          <w:b/>
        </w:rPr>
        <w:t>Výkonový štandard</w:t>
      </w:r>
    </w:p>
    <w:p w14:paraId="60D26021" w14:textId="77777777" w:rsidR="00017FC4" w:rsidRDefault="00974517">
      <w:pPr>
        <w:spacing w:line="247" w:lineRule="auto"/>
        <w:jc w:val="both"/>
      </w:pPr>
      <w:r>
        <w:t>Žiak na konci 6. ročníka dokáže/vie:</w:t>
      </w:r>
    </w:p>
    <w:p w14:paraId="01BEAA55" w14:textId="77777777" w:rsidR="00017FC4" w:rsidRDefault="00974517">
      <w:pPr>
        <w:spacing w:after="30" w:line="247" w:lineRule="auto"/>
        <w:ind w:left="198" w:hanging="102"/>
      </w:pPr>
      <w:r>
        <w:t>• rozumieť pojmom spojené s jedlom a zachytiť ich v texte</w:t>
      </w:r>
    </w:p>
    <w:p w14:paraId="0A993847" w14:textId="77777777" w:rsidR="00017FC4" w:rsidRDefault="00974517">
      <w:pPr>
        <w:spacing w:after="30" w:line="247" w:lineRule="auto"/>
        <w:ind w:left="198" w:hanging="102"/>
      </w:pPr>
      <w:r>
        <w:t>• rozumieť kľúčovým bodom v texte komiksu</w:t>
      </w:r>
    </w:p>
    <w:p w14:paraId="3310B484" w14:textId="77777777" w:rsidR="00017FC4" w:rsidRDefault="00974517">
      <w:pPr>
        <w:spacing w:after="30" w:line="247" w:lineRule="auto"/>
        <w:ind w:left="198" w:hanging="102"/>
      </w:pPr>
      <w:r>
        <w:t>• rozumieť postupu príprav jedla</w:t>
      </w:r>
    </w:p>
    <w:p w14:paraId="22EA09AE" w14:textId="77777777" w:rsidR="00017FC4" w:rsidRDefault="00974517">
      <w:pPr>
        <w:spacing w:after="30" w:line="247" w:lineRule="auto"/>
        <w:ind w:left="198" w:hanging="102"/>
      </w:pPr>
      <w:r>
        <w:t>• zapísať nákupný zoznam podľa počutých informácií</w:t>
      </w:r>
    </w:p>
    <w:p w14:paraId="07822BB9" w14:textId="77777777" w:rsidR="00017FC4" w:rsidRDefault="00974517">
      <w:pPr>
        <w:spacing w:after="30" w:line="247" w:lineRule="auto"/>
        <w:ind w:left="198" w:hanging="102"/>
      </w:pPr>
      <w:r>
        <w:t>• porozprávať o jedlá a nápojoch hodnotíme aj gramatiku</w:t>
      </w:r>
    </w:p>
    <w:p w14:paraId="27D40953" w14:textId="77777777" w:rsidR="00017FC4" w:rsidRDefault="00974517">
      <w:pPr>
        <w:spacing w:after="30" w:line="247" w:lineRule="auto"/>
        <w:ind w:left="198" w:hanging="102"/>
      </w:pPr>
      <w:r>
        <w:lastRenderedPageBreak/>
        <w:t>• pracovať s obrázkom, pýtať sa na množstvá jedla a pitia</w:t>
      </w:r>
    </w:p>
    <w:p w14:paraId="0C767E53" w14:textId="77777777" w:rsidR="00017FC4" w:rsidRDefault="00974517">
      <w:pPr>
        <w:spacing w:after="30" w:line="247" w:lineRule="auto"/>
        <w:ind w:left="198" w:hanging="102"/>
      </w:pPr>
      <w:r>
        <w:t>• dramaticky predviesť prečítaný text o lakomstve</w:t>
      </w:r>
    </w:p>
    <w:p w14:paraId="38D8E4B9" w14:textId="77777777" w:rsidR="00017FC4" w:rsidRDefault="00974517">
      <w:pPr>
        <w:spacing w:after="30" w:line="247" w:lineRule="auto"/>
        <w:ind w:left="198" w:hanging="102"/>
      </w:pPr>
      <w:r>
        <w:t>• simulovať rozhovor v bežnej reštaurácii</w:t>
      </w:r>
    </w:p>
    <w:p w14:paraId="73CB4FA1" w14:textId="77777777" w:rsidR="00017FC4" w:rsidRDefault="00974517">
      <w:pPr>
        <w:keepNext/>
        <w:spacing w:before="80" w:after="40" w:line="247" w:lineRule="auto"/>
      </w:pPr>
      <w:r>
        <w:rPr>
          <w:b/>
        </w:rPr>
        <w:t>Medzipredmetové vzťahy a prierezové témy:</w:t>
      </w:r>
    </w:p>
    <w:p w14:paraId="59BAC17B" w14:textId="77777777" w:rsidR="00017FC4" w:rsidRDefault="00974517">
      <w:pPr>
        <w:spacing w:line="247" w:lineRule="auto"/>
        <w:jc w:val="both"/>
      </w:pPr>
      <w:r>
        <w:t>GEO, SJL, MDV, MUV, TPPZ, OSR, MUV</w:t>
      </w:r>
    </w:p>
    <w:p w14:paraId="6C9D7E65" w14:textId="77777777" w:rsidR="00017FC4" w:rsidRDefault="00974517">
      <w:pPr>
        <w:keepNext/>
        <w:spacing w:before="120" w:line="247" w:lineRule="auto"/>
      </w:pPr>
      <w:r>
        <w:rPr>
          <w:b/>
          <w:sz w:val="21"/>
        </w:rPr>
        <w:t>5. Svet – 15 hodín</w:t>
      </w:r>
    </w:p>
    <w:p w14:paraId="7106EC6A" w14:textId="77777777" w:rsidR="00017FC4" w:rsidRDefault="00974517">
      <w:pPr>
        <w:keepNext/>
        <w:spacing w:before="80" w:after="40" w:line="247" w:lineRule="auto"/>
      </w:pPr>
      <w:r>
        <w:rPr>
          <w:b/>
        </w:rPr>
        <w:t>Obsahový štandard</w:t>
      </w:r>
    </w:p>
    <w:p w14:paraId="31A884F0" w14:textId="77777777" w:rsidR="00017FC4" w:rsidRDefault="00974517">
      <w:pPr>
        <w:spacing w:line="247" w:lineRule="auto"/>
        <w:jc w:val="both"/>
      </w:pPr>
      <w:r>
        <w:t>tvorenie otázky pomocou Ako..?, moja krajina, 2. stupeň prídavných mien, počasie spojka než, 3. stupeň prídavných mien, nepravidelné stupňovanie prídavných mien, Spojené štáty Americké , CLIL/ Geografia- východ a západ</w:t>
      </w:r>
    </w:p>
    <w:p w14:paraId="2900AA5B" w14:textId="77777777" w:rsidR="00017FC4" w:rsidRDefault="00974517">
      <w:pPr>
        <w:keepNext/>
        <w:spacing w:before="80" w:after="40" w:line="247" w:lineRule="auto"/>
      </w:pPr>
      <w:r>
        <w:rPr>
          <w:b/>
        </w:rPr>
        <w:t>Výkonový štandard</w:t>
      </w:r>
    </w:p>
    <w:p w14:paraId="19941D42" w14:textId="77777777" w:rsidR="00017FC4" w:rsidRDefault="00974517">
      <w:pPr>
        <w:spacing w:line="247" w:lineRule="auto"/>
        <w:jc w:val="both"/>
      </w:pPr>
      <w:r>
        <w:t>Žiak na konci 6. ročníka dokáže/vie:</w:t>
      </w:r>
    </w:p>
    <w:p w14:paraId="6233294B" w14:textId="77777777" w:rsidR="00017FC4" w:rsidRDefault="00974517">
      <w:pPr>
        <w:spacing w:after="30" w:line="247" w:lineRule="auto"/>
        <w:ind w:left="198" w:hanging="102"/>
      </w:pPr>
      <w:r>
        <w:t>• pomenovať geografické názvy spojené s mestom a dedinou</w:t>
      </w:r>
    </w:p>
    <w:p w14:paraId="5FC4048D" w14:textId="77777777" w:rsidR="00017FC4" w:rsidRDefault="00974517">
      <w:pPr>
        <w:spacing w:after="30" w:line="247" w:lineRule="auto"/>
        <w:ind w:left="198" w:hanging="102"/>
      </w:pPr>
      <w:r>
        <w:t>• porozumieť textu o Veľkej Británii</w:t>
      </w:r>
    </w:p>
    <w:p w14:paraId="7DEF7B0C" w14:textId="77777777" w:rsidR="00017FC4" w:rsidRDefault="00974517">
      <w:pPr>
        <w:spacing w:after="30" w:line="247" w:lineRule="auto"/>
        <w:ind w:left="198" w:hanging="102"/>
      </w:pPr>
      <w:r>
        <w:t>• porozumieť popisu počasia, rôzne ročné obdobie</w:t>
      </w:r>
    </w:p>
    <w:p w14:paraId="675075CA" w14:textId="77777777" w:rsidR="00017FC4" w:rsidRDefault="00974517">
      <w:pPr>
        <w:spacing w:after="30" w:line="247" w:lineRule="auto"/>
        <w:ind w:left="198" w:hanging="102"/>
      </w:pPr>
      <w:r>
        <w:t>• rozumieť kreslenému seriálu</w:t>
      </w:r>
    </w:p>
    <w:p w14:paraId="14C3BF18" w14:textId="77777777" w:rsidR="00017FC4" w:rsidRDefault="00974517">
      <w:pPr>
        <w:spacing w:after="30" w:line="247" w:lineRule="auto"/>
        <w:ind w:left="198" w:hanging="102"/>
      </w:pPr>
      <w:r>
        <w:t>• opísať typické počasie vo vlastnej krajine</w:t>
      </w:r>
    </w:p>
    <w:p w14:paraId="3486C719" w14:textId="77777777" w:rsidR="00017FC4" w:rsidRDefault="00974517">
      <w:pPr>
        <w:spacing w:after="30" w:line="247" w:lineRule="auto"/>
        <w:ind w:left="198" w:hanging="102"/>
      </w:pPr>
      <w:r>
        <w:t>• porovnať vzhľad, kvalitu a vlastností vecí</w:t>
      </w:r>
    </w:p>
    <w:p w14:paraId="3190D995" w14:textId="77777777" w:rsidR="00017FC4" w:rsidRDefault="00974517">
      <w:pPr>
        <w:spacing w:after="30" w:line="247" w:lineRule="auto"/>
        <w:ind w:left="198" w:hanging="102"/>
      </w:pPr>
      <w:r>
        <w:t>• rozumieť zadaniu, správne odpovedať na kvíz</w:t>
      </w:r>
    </w:p>
    <w:p w14:paraId="1CF7F841" w14:textId="77777777" w:rsidR="00017FC4" w:rsidRDefault="00974517">
      <w:pPr>
        <w:spacing w:after="30" w:line="247" w:lineRule="auto"/>
        <w:ind w:left="198" w:hanging="102"/>
      </w:pPr>
      <w:r>
        <w:t>• gramaticky správne zaradiť slová o kvalite do kontextu</w:t>
      </w:r>
    </w:p>
    <w:p w14:paraId="6FFBA842" w14:textId="77777777" w:rsidR="00017FC4" w:rsidRDefault="00974517">
      <w:pPr>
        <w:spacing w:after="30" w:line="247" w:lineRule="auto"/>
        <w:ind w:left="198" w:hanging="102"/>
      </w:pPr>
      <w:r>
        <w:t>• dramatizovať kreslený seriál</w:t>
      </w:r>
    </w:p>
    <w:p w14:paraId="2472D33B" w14:textId="77777777" w:rsidR="00017FC4" w:rsidRDefault="00974517">
      <w:pPr>
        <w:spacing w:after="30" w:line="247" w:lineRule="auto"/>
        <w:ind w:left="198" w:hanging="102"/>
      </w:pPr>
      <w:r>
        <w:t>• rozprávať dialógy o počasí</w:t>
      </w:r>
    </w:p>
    <w:p w14:paraId="641E3D99" w14:textId="77777777" w:rsidR="00017FC4" w:rsidRDefault="00974517">
      <w:pPr>
        <w:keepNext/>
        <w:spacing w:before="80" w:after="40" w:line="247" w:lineRule="auto"/>
      </w:pPr>
      <w:r>
        <w:rPr>
          <w:b/>
        </w:rPr>
        <w:t>Medzipredmetové vzťahy a prierezové témy:</w:t>
      </w:r>
    </w:p>
    <w:p w14:paraId="772DF523" w14:textId="77777777" w:rsidR="00017FC4" w:rsidRDefault="00974517">
      <w:pPr>
        <w:spacing w:line="247" w:lineRule="auto"/>
        <w:jc w:val="both"/>
      </w:pPr>
      <w:r>
        <w:t>SJL, GEO, MDV, TPPZ, OSR, MUV</w:t>
      </w:r>
    </w:p>
    <w:p w14:paraId="392248C2" w14:textId="77777777" w:rsidR="00017FC4" w:rsidRDefault="00974517">
      <w:pPr>
        <w:keepNext/>
        <w:spacing w:before="120" w:line="247" w:lineRule="auto"/>
      </w:pPr>
      <w:r>
        <w:rPr>
          <w:b/>
          <w:sz w:val="21"/>
        </w:rPr>
        <w:t>6. Zábava – 15 hodín</w:t>
      </w:r>
    </w:p>
    <w:p w14:paraId="734E1CDB" w14:textId="77777777" w:rsidR="00017FC4" w:rsidRDefault="00974517">
      <w:pPr>
        <w:keepNext/>
        <w:spacing w:before="80" w:after="40" w:line="247" w:lineRule="auto"/>
      </w:pPr>
      <w:r>
        <w:rPr>
          <w:b/>
        </w:rPr>
        <w:t>Obsahový štandard</w:t>
      </w:r>
    </w:p>
    <w:p w14:paraId="16B5EA5B" w14:textId="77777777" w:rsidR="00017FC4" w:rsidRDefault="00974517">
      <w:pPr>
        <w:spacing w:line="247" w:lineRule="auto"/>
        <w:jc w:val="both"/>
      </w:pPr>
      <w:r>
        <w:t>televízne programy, vyjadrenie budúcnosti pomocou “going to” , prídavné mená a príslovky, film, kamery, akcia; sloveso musieť „have to“, britské kino , CLIL/ Dejepis, umenie- Grécke divadlo</w:t>
      </w:r>
    </w:p>
    <w:p w14:paraId="5BEC7501" w14:textId="77777777" w:rsidR="00017FC4" w:rsidRDefault="00974517">
      <w:pPr>
        <w:keepNext/>
        <w:spacing w:before="80" w:after="40" w:line="247" w:lineRule="auto"/>
      </w:pPr>
      <w:r>
        <w:rPr>
          <w:b/>
        </w:rPr>
        <w:t>Výkonový štandard</w:t>
      </w:r>
    </w:p>
    <w:p w14:paraId="1951A04D" w14:textId="77777777" w:rsidR="00017FC4" w:rsidRDefault="00974517">
      <w:pPr>
        <w:spacing w:line="247" w:lineRule="auto"/>
        <w:jc w:val="both"/>
      </w:pPr>
      <w:r>
        <w:t>Žiak na konci 6. ročníka dokáže/vie:</w:t>
      </w:r>
    </w:p>
    <w:p w14:paraId="6B7F63E4" w14:textId="77777777" w:rsidR="00017FC4" w:rsidRDefault="00974517">
      <w:pPr>
        <w:spacing w:after="30" w:line="247" w:lineRule="auto"/>
        <w:ind w:left="198" w:hanging="102"/>
      </w:pPr>
      <w:r>
        <w:t>• počúvať rozhovor kamarátov a o tom, čo budú robiť večer</w:t>
      </w:r>
    </w:p>
    <w:p w14:paraId="11280B55" w14:textId="77777777" w:rsidR="00017FC4" w:rsidRDefault="00974517">
      <w:pPr>
        <w:spacing w:after="30" w:line="247" w:lineRule="auto"/>
        <w:ind w:left="198" w:hanging="102"/>
      </w:pPr>
      <w:r>
        <w:t>• porozumieť hlavnej myšlienky živej scény z filmového štúdia</w:t>
      </w:r>
    </w:p>
    <w:p w14:paraId="484765C3" w14:textId="77777777" w:rsidR="00017FC4" w:rsidRDefault="00974517">
      <w:pPr>
        <w:spacing w:after="30" w:line="247" w:lineRule="auto"/>
        <w:ind w:left="198" w:hanging="102"/>
      </w:pPr>
      <w:r>
        <w:t>• gramaticky správne vyjadriť, čo nemožno a aké sú povinnosti</w:t>
      </w:r>
    </w:p>
    <w:p w14:paraId="7617D848" w14:textId="77777777" w:rsidR="00017FC4" w:rsidRDefault="00974517">
      <w:pPr>
        <w:spacing w:after="30" w:line="247" w:lineRule="auto"/>
        <w:ind w:left="198" w:hanging="102"/>
      </w:pPr>
      <w:r>
        <w:t>• porozumieť príbehu zápletke, vyvrcholeniu a rozuzleniu</w:t>
      </w:r>
    </w:p>
    <w:p w14:paraId="0BD13852" w14:textId="77777777" w:rsidR="00017FC4" w:rsidRDefault="00974517">
      <w:pPr>
        <w:spacing w:after="30" w:line="247" w:lineRule="auto"/>
        <w:ind w:left="198" w:hanging="102"/>
      </w:pPr>
      <w:r>
        <w:t>• pomenovať typy programov a ktoré sú obľúbené</w:t>
      </w:r>
    </w:p>
    <w:p w14:paraId="746A667F" w14:textId="77777777" w:rsidR="00017FC4" w:rsidRDefault="00974517">
      <w:pPr>
        <w:spacing w:after="30" w:line="247" w:lineRule="auto"/>
        <w:ind w:left="198" w:hanging="102"/>
      </w:pPr>
      <w:r>
        <w:t>• chronologicky zostaviť scény z príbehu</w:t>
      </w:r>
    </w:p>
    <w:p w14:paraId="30EB05A2" w14:textId="77777777" w:rsidR="00017FC4" w:rsidRDefault="00974517">
      <w:pPr>
        <w:spacing w:after="30" w:line="247" w:lineRule="auto"/>
        <w:ind w:left="198" w:hanging="102"/>
      </w:pPr>
      <w:r>
        <w:t>• hovoriť o filmových žánroch</w:t>
      </w:r>
    </w:p>
    <w:p w14:paraId="4343D61E" w14:textId="77777777" w:rsidR="00017FC4" w:rsidRDefault="00974517">
      <w:pPr>
        <w:spacing w:after="30" w:line="247" w:lineRule="auto"/>
        <w:ind w:left="198" w:hanging="102"/>
      </w:pPr>
      <w:r>
        <w:t>• s kamarátom sa rozprávať o plánoch, čo zamýšľajú robiť</w:t>
      </w:r>
    </w:p>
    <w:p w14:paraId="1C7A1491" w14:textId="77777777" w:rsidR="00017FC4" w:rsidRDefault="00974517">
      <w:pPr>
        <w:keepNext/>
        <w:spacing w:before="80" w:after="40" w:line="247" w:lineRule="auto"/>
      </w:pPr>
      <w:r>
        <w:rPr>
          <w:b/>
        </w:rPr>
        <w:t>Medzipredmetové vzťahy a prierezové témy:</w:t>
      </w:r>
    </w:p>
    <w:p w14:paraId="1273C616" w14:textId="77777777" w:rsidR="00017FC4" w:rsidRDefault="00974517">
      <w:pPr>
        <w:spacing w:line="247" w:lineRule="auto"/>
        <w:jc w:val="both"/>
      </w:pPr>
      <w:r>
        <w:t>DEJ, VYU, MDV, TPPZ, OSR, MUV</w:t>
      </w:r>
    </w:p>
    <w:p w14:paraId="7E82F170" w14:textId="77777777" w:rsidR="00017FC4" w:rsidRDefault="00974517">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4. PRIEREZOVÉ TÉMY A MEDZIPREDMETOVÉ VZŤAHY</w:t>
      </w:r>
    </w:p>
    <w:p w14:paraId="00753F6A" w14:textId="77777777" w:rsidR="00017FC4" w:rsidRDefault="00974517">
      <w:pPr>
        <w:spacing w:line="247" w:lineRule="auto"/>
        <w:jc w:val="both"/>
      </w:pPr>
      <w:r>
        <w:t>Environmentálna výchova (ENV), Multikultúrna výchova (MUV), Osobnostný a sociálny rozvoj (OSR), Mediálna výchova (MEV), Ochrana života a zdravia (OŽZ), Finančná gramotnosť (FIG), Čitateľská gramotnosť(ČIG), Informačná a digitálna gramotnosť (IDG), Tvorba projektu a prezentačné zručnosti (TPPZ),Regionálna výchova (RV)</w:t>
      </w:r>
    </w:p>
    <w:p w14:paraId="2D0E8460" w14:textId="77777777" w:rsidR="00017FC4" w:rsidRDefault="00974517">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5. METÓDY A FORMY PRÁCE – STRATÉGIE VYUČOVANIA</w:t>
      </w:r>
    </w:p>
    <w:p w14:paraId="20F91991" w14:textId="77777777" w:rsidR="00017FC4" w:rsidRDefault="00974517">
      <w:pPr>
        <w:spacing w:line="247" w:lineRule="auto"/>
        <w:jc w:val="both"/>
      </w:pPr>
      <w:r>
        <w:t>Vyučovanie povedie ku komunikačným schopnostiam, vysokej kreativite, aby žiak bol aktívnym, tvorivým subjektom, učiteľ moderátorom, ktorý usmerňuje žiakov. Na hodinách budú uplatňované kognitívne štýly, ktoré pomôžu prekonať strach z chýb a omylov.</w:t>
      </w:r>
    </w:p>
    <w:p w14:paraId="0F56819E" w14:textId="77777777" w:rsidR="00017FC4" w:rsidRDefault="00974517">
      <w:pPr>
        <w:spacing w:line="247" w:lineRule="auto"/>
        <w:jc w:val="both"/>
      </w:pPr>
      <w:r>
        <w:t>Na splnenie komunikačných úloh sa žiaci musia zapájať do komunikačných jazykových činností a ovládať komunikačné stratégie. Mnohé činnosti komunikácie, akými sú napríklad konverzácia a korešpondencia, sú interaktívne, čo znamená, že účastníci komunikácie sa budú striedať v produkcii a recepcii, často niekoľkokrát za sebou.</w:t>
      </w:r>
    </w:p>
    <w:p w14:paraId="04B7537F" w14:textId="77777777" w:rsidR="00017FC4" w:rsidRDefault="00974517">
      <w:pPr>
        <w:spacing w:line="247" w:lineRule="auto"/>
        <w:jc w:val="both"/>
      </w:pPr>
      <w:r>
        <w:lastRenderedPageBreak/>
        <w:t>Produktívne činnosti a stratégie budú využívané v hovorení a písaní.</w:t>
      </w:r>
    </w:p>
    <w:p w14:paraId="080AD6BD" w14:textId="77777777" w:rsidR="00017FC4" w:rsidRDefault="00974517">
      <w:pPr>
        <w:spacing w:line="247" w:lineRule="auto"/>
        <w:jc w:val="both"/>
      </w:pPr>
      <w:r>
        <w:t>Vo vyučovaní anglického jazyka budú využívané receptívne stratégie produktívne stratégie i neverbálna komunikácia. Efektívne rozvíjať jazykové zručnosti bez potreby zvýšenia vyučovacieho času v učebnom pláne prostredníctvom obsahovo a jazykovo integrovaného vyučovania poskytujúceho žiakom príležitosť používať nadobudnuté jazykové zručnosti v prirodzenom zmysluplnom kontexte, zvažovať čoraz častejšie možnosti integrácie metódy CLIL do vyučovacieho procesu.</w:t>
      </w:r>
    </w:p>
    <w:p w14:paraId="22DCD735" w14:textId="77777777" w:rsidR="00017FC4" w:rsidRDefault="00974517">
      <w:pPr>
        <w:spacing w:line="247" w:lineRule="auto"/>
        <w:jc w:val="both"/>
      </w:pPr>
      <w:r>
        <w:t>Komunikatívna metóda - vyberajú sa také jazykové prvky, aby v každom štádiu učenia umožňovali adekvátne viesť rozhovor, dialóg a primeranú komunikáciu. Žiaci si osvojujú modelové</w:t>
      </w:r>
    </w:p>
    <w:p w14:paraId="0D38D37A" w14:textId="77777777" w:rsidR="00017FC4" w:rsidRDefault="00974517">
      <w:pPr>
        <w:spacing w:line="247" w:lineRule="auto"/>
        <w:jc w:val="both"/>
      </w:pPr>
      <w:r>
        <w:t>vety, frázy, gramatické javy v komunikácii, taktiež si rozširujú slovnú zásobu pri tvorení dialógov a monológov.</w:t>
      </w:r>
    </w:p>
    <w:p w14:paraId="5815A887" w14:textId="77777777" w:rsidR="00017FC4" w:rsidRDefault="00974517">
      <w:pPr>
        <w:spacing w:line="247" w:lineRule="auto"/>
        <w:jc w:val="both"/>
      </w:pPr>
      <w:r>
        <w:t>Audio- lingválna metóda - oboznamovanie sa s jazykom počúvaním a verbálnym</w:t>
      </w:r>
    </w:p>
    <w:p w14:paraId="51EF23E3" w14:textId="77777777" w:rsidR="00017FC4" w:rsidRDefault="00974517">
      <w:pPr>
        <w:spacing w:line="247" w:lineRule="auto"/>
        <w:jc w:val="both"/>
      </w:pPr>
      <w:r>
        <w:t>napodobňovaním.</w:t>
      </w:r>
    </w:p>
    <w:p w14:paraId="5E409FB8" w14:textId="77777777" w:rsidR="00017FC4" w:rsidRDefault="00974517">
      <w:pPr>
        <w:spacing w:line="247" w:lineRule="auto"/>
        <w:jc w:val="both"/>
      </w:pPr>
      <w:r>
        <w:t>TPR (Total Physical Response) - do činnosti sa zapája, čo najviac zmyslov, pričom sa využíva pohyb. Pri tejto metóde sa rovnomerne stimulujú obidve časti mozgu, čím sa zvyšuje efektívnosť vyučovania.</w:t>
      </w:r>
    </w:p>
    <w:p w14:paraId="703C3107" w14:textId="77777777" w:rsidR="00017FC4" w:rsidRDefault="00974517">
      <w:pPr>
        <w:spacing w:line="247" w:lineRule="auto"/>
        <w:jc w:val="both"/>
      </w:pPr>
      <w:r>
        <w:t>Metóda problémových úloh - naučené dáva do reálnych životných situácií.</w:t>
      </w:r>
    </w:p>
    <w:p w14:paraId="5031DBEB" w14:textId="77777777" w:rsidR="00017FC4" w:rsidRDefault="00974517">
      <w:pPr>
        <w:keepNext/>
        <w:spacing w:before="80" w:after="40" w:line="247" w:lineRule="auto"/>
      </w:pPr>
      <w:r>
        <w:rPr>
          <w:b/>
        </w:rPr>
        <w:t>Organizačné formy: Vyučovanie bude prebiehať v týchto priestoroch:</w:t>
      </w:r>
    </w:p>
    <w:p w14:paraId="23CEA24F" w14:textId="77777777" w:rsidR="00017FC4" w:rsidRDefault="00974517">
      <w:pPr>
        <w:spacing w:after="30" w:line="247" w:lineRule="auto"/>
        <w:ind w:left="198" w:hanging="102"/>
      </w:pPr>
      <w:r>
        <w:t>• kmeňové triedy</w:t>
      </w:r>
    </w:p>
    <w:p w14:paraId="493585AB" w14:textId="77777777" w:rsidR="00017FC4" w:rsidRDefault="00974517">
      <w:pPr>
        <w:spacing w:after="30" w:line="247" w:lineRule="auto"/>
        <w:ind w:left="198" w:hanging="102"/>
      </w:pPr>
      <w:r>
        <w:t>• jazykové laboratórium</w:t>
      </w:r>
    </w:p>
    <w:p w14:paraId="2555CA36" w14:textId="77777777" w:rsidR="00017FC4" w:rsidRDefault="00974517">
      <w:pPr>
        <w:spacing w:after="30" w:line="247" w:lineRule="auto"/>
        <w:ind w:left="198" w:hanging="102"/>
      </w:pPr>
      <w:r>
        <w:t>• ďalšie priestory školy</w:t>
      </w:r>
    </w:p>
    <w:p w14:paraId="673B5255" w14:textId="77777777" w:rsidR="00017FC4" w:rsidRDefault="00974517">
      <w:pPr>
        <w:spacing w:after="30" w:line="247" w:lineRule="auto"/>
        <w:ind w:left="198" w:hanging="102"/>
      </w:pPr>
      <w:r>
        <w:t>• počítačová učebňa</w:t>
      </w:r>
    </w:p>
    <w:p w14:paraId="69D2631D" w14:textId="77777777" w:rsidR="00017FC4" w:rsidRDefault="00974517">
      <w:pPr>
        <w:spacing w:after="30" w:line="247" w:lineRule="auto"/>
        <w:ind w:left="198" w:hanging="102"/>
      </w:pPr>
      <w:r>
        <w:t>• mimoškolské priestory</w:t>
      </w:r>
    </w:p>
    <w:p w14:paraId="47314061" w14:textId="77777777" w:rsidR="00017FC4" w:rsidRDefault="00974517">
      <w:pPr>
        <w:keepNext/>
        <w:spacing w:before="80" w:after="40" w:line="247" w:lineRule="auto"/>
      </w:pPr>
      <w:r>
        <w:rPr>
          <w:b/>
        </w:rPr>
        <w:t>Formy práce:</w:t>
      </w:r>
    </w:p>
    <w:p w14:paraId="477F91D8" w14:textId="77777777" w:rsidR="00017FC4" w:rsidRDefault="00974517">
      <w:pPr>
        <w:spacing w:line="247" w:lineRule="auto"/>
        <w:jc w:val="both"/>
      </w:pPr>
      <w:r>
        <w:t>individuálna a skupinová</w:t>
      </w:r>
    </w:p>
    <w:p w14:paraId="040AE5B0" w14:textId="77777777" w:rsidR="00017FC4" w:rsidRDefault="00974517">
      <w:pPr>
        <w:spacing w:line="247" w:lineRule="auto"/>
        <w:jc w:val="both"/>
      </w:pPr>
      <w:r>
        <w:t>práca vo dvojiciach</w:t>
      </w:r>
    </w:p>
    <w:p w14:paraId="311A38BA" w14:textId="77777777" w:rsidR="00017FC4" w:rsidRDefault="00974517">
      <w:pPr>
        <w:spacing w:line="247" w:lineRule="auto"/>
        <w:jc w:val="both"/>
      </w:pPr>
      <w:r>
        <w:t>prezentácia projektov</w:t>
      </w:r>
    </w:p>
    <w:p w14:paraId="55FEFC5A" w14:textId="77777777" w:rsidR="00017FC4" w:rsidRDefault="00974517">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6. HODNOTENIE PREDMETU</w:t>
      </w:r>
    </w:p>
    <w:p w14:paraId="3223FF28" w14:textId="77777777" w:rsidR="00017FC4" w:rsidRDefault="00974517">
      <w:pPr>
        <w:spacing w:line="247" w:lineRule="auto"/>
        <w:jc w:val="both"/>
      </w:pPr>
      <w:r>
        <w:t>Žiaci budú hodnotení známkou podľa hodnotiacich kritérií v súlade s Metodickým</w:t>
      </w:r>
    </w:p>
    <w:p w14:paraId="2A00820A" w14:textId="77777777" w:rsidR="00017FC4" w:rsidRDefault="00974517">
      <w:pPr>
        <w:spacing w:line="247" w:lineRule="auto"/>
        <w:jc w:val="both"/>
      </w:pPr>
      <w:r>
        <w:t>pokynom MŠ SR č. 22/2011 na hodnotenie žiakov základnej školy a priebežne slovne.</w:t>
      </w:r>
    </w:p>
    <w:p w14:paraId="708991AC" w14:textId="77777777" w:rsidR="00017FC4" w:rsidRDefault="00974517">
      <w:pPr>
        <w:keepNext/>
        <w:spacing w:before="80" w:after="40" w:line="247" w:lineRule="auto"/>
      </w:pPr>
      <w:r>
        <w:rPr>
          <w:b/>
        </w:rPr>
        <w:t>Hodnotiace kritériá:</w:t>
      </w:r>
    </w:p>
    <w:p w14:paraId="68A65DBB" w14:textId="77777777" w:rsidR="00017FC4" w:rsidRDefault="00974517">
      <w:pPr>
        <w:keepNext/>
        <w:spacing w:before="80" w:after="40" w:line="247" w:lineRule="auto"/>
      </w:pPr>
      <w:r>
        <w:rPr>
          <w:b/>
        </w:rPr>
        <w:t>Stupeň 1 (výborný)</w:t>
      </w:r>
    </w:p>
    <w:p w14:paraId="5166BEA7" w14:textId="77777777" w:rsidR="00017FC4" w:rsidRDefault="00974517">
      <w:pPr>
        <w:spacing w:line="247" w:lineRule="auto"/>
        <w:jc w:val="both"/>
      </w:pPr>
      <w:r>
        <w:t>Žiak ovláda poznatky, pojmy a zákonitosti podľa učebných osnov a vie ich pohotovo</w:t>
      </w:r>
    </w:p>
    <w:p w14:paraId="6DACDFD6" w14:textId="77777777" w:rsidR="00017FC4" w:rsidRDefault="00974517">
      <w:pPr>
        <w:spacing w:line="247" w:lineRule="auto"/>
        <w:jc w:val="both"/>
      </w:pPr>
      <w:r>
        <w:t>využívať pri intelektuálnych, motorických, praktických a iných činnostiach. Samostatne a</w:t>
      </w:r>
    </w:p>
    <w:p w14:paraId="1C140669" w14:textId="77777777" w:rsidR="00017FC4" w:rsidRDefault="00974517">
      <w:pPr>
        <w:spacing w:line="247" w:lineRule="auto"/>
        <w:jc w:val="both"/>
      </w:pPr>
      <w:r>
        <w:t>tvorivo uplatňuje osvojené vedomosti a kľúčové kompetencie pri riešení jednotlivých</w:t>
      </w:r>
    </w:p>
    <w:p w14:paraId="4746B2C0" w14:textId="77777777" w:rsidR="00017FC4" w:rsidRDefault="00974517">
      <w:pPr>
        <w:spacing w:line="247" w:lineRule="auto"/>
        <w:jc w:val="both"/>
      </w:pPr>
      <w:r>
        <w:t>úloh, hodnotení javov a zákonitostí. Jeho ústny aj písomný prejav je správny, výstižný.</w:t>
      </w:r>
    </w:p>
    <w:p w14:paraId="7E4449F6" w14:textId="77777777" w:rsidR="00017FC4" w:rsidRDefault="00974517">
      <w:pPr>
        <w:spacing w:line="247" w:lineRule="auto"/>
        <w:jc w:val="both"/>
      </w:pPr>
      <w:r>
        <w:t>Grafický prejav je estetický. Výsledky jeho činností sú kvalitné až originálne.</w:t>
      </w:r>
    </w:p>
    <w:p w14:paraId="1CD656E2" w14:textId="77777777" w:rsidR="00017FC4" w:rsidRDefault="00974517">
      <w:pPr>
        <w:keepNext/>
        <w:spacing w:before="80" w:after="40" w:line="247" w:lineRule="auto"/>
      </w:pPr>
      <w:r>
        <w:rPr>
          <w:b/>
        </w:rPr>
        <w:t>Stupeň 2(chválitebný)</w:t>
      </w:r>
    </w:p>
    <w:p w14:paraId="65CFE0F5" w14:textId="77777777" w:rsidR="00017FC4" w:rsidRDefault="00974517">
      <w:pPr>
        <w:spacing w:line="247" w:lineRule="auto"/>
        <w:jc w:val="both"/>
      </w:pPr>
      <w:r>
        <w:t>Žiak ovláda poznatky, pojmy a zákonitosti podľa učebných osnov a vie ich pohotovo</w:t>
      </w:r>
    </w:p>
    <w:p w14:paraId="72F6146E" w14:textId="77777777" w:rsidR="00017FC4" w:rsidRDefault="00974517">
      <w:pPr>
        <w:spacing w:line="247" w:lineRule="auto"/>
        <w:jc w:val="both"/>
      </w:pPr>
      <w:r>
        <w:t>využívať. Má osvojené kľúčové kompetencie, ktoré tvorivo aplikuje pri intelektuálnych,</w:t>
      </w:r>
    </w:p>
    <w:p w14:paraId="657AC2B5" w14:textId="77777777" w:rsidR="00017FC4" w:rsidRDefault="00974517">
      <w:pPr>
        <w:spacing w:line="247" w:lineRule="auto"/>
        <w:jc w:val="both"/>
      </w:pPr>
      <w:r>
        <w:t>motorických, praktických a iných činnostiach. Uplatňuje osvojené vedomosti a kľúčové</w:t>
      </w:r>
    </w:p>
    <w:p w14:paraId="318C989C" w14:textId="77777777" w:rsidR="00017FC4" w:rsidRDefault="00974517">
      <w:pPr>
        <w:spacing w:line="247" w:lineRule="auto"/>
        <w:jc w:val="both"/>
      </w:pPr>
      <w:r>
        <w:t>kompetencie pri riešení jednotlivých úloh, hodnotení javov a zákonitostí samostatne a</w:t>
      </w:r>
    </w:p>
    <w:p w14:paraId="79C76000" w14:textId="77777777" w:rsidR="00017FC4" w:rsidRDefault="00974517">
      <w:pPr>
        <w:spacing w:line="247" w:lineRule="auto"/>
        <w:jc w:val="both"/>
      </w:pPr>
      <w:r>
        <w:t>kreatívne alebo s menšími pod- netmi učiteľa. Jeho ústny aj písomný prejav má občas</w:t>
      </w:r>
    </w:p>
    <w:p w14:paraId="70BADD34" w14:textId="77777777" w:rsidR="00017FC4" w:rsidRDefault="00974517">
      <w:pPr>
        <w:spacing w:line="247" w:lineRule="auto"/>
        <w:jc w:val="both"/>
      </w:pPr>
      <w:r>
        <w:t>nedostatky v správnosti, presnosti a výstižnosti. Grafický prejav je prevažne estetický.</w:t>
      </w:r>
    </w:p>
    <w:p w14:paraId="4BC501CF" w14:textId="77777777" w:rsidR="00017FC4" w:rsidRDefault="00974517">
      <w:pPr>
        <w:spacing w:line="247" w:lineRule="auto"/>
        <w:jc w:val="both"/>
      </w:pPr>
      <w:r>
        <w:t>Výsledky jeho činností sú kvalitné, bez väčších nedostatkov.</w:t>
      </w:r>
    </w:p>
    <w:p w14:paraId="5FE34E05" w14:textId="77777777" w:rsidR="00017FC4" w:rsidRDefault="00974517">
      <w:pPr>
        <w:keepNext/>
        <w:spacing w:before="80" w:after="40" w:line="247" w:lineRule="auto"/>
      </w:pPr>
      <w:r>
        <w:rPr>
          <w:b/>
        </w:rPr>
        <w:t>Stupeň 3(dobrý)</w:t>
      </w:r>
    </w:p>
    <w:p w14:paraId="2E34FE45" w14:textId="77777777" w:rsidR="00017FC4" w:rsidRDefault="00974517">
      <w:pPr>
        <w:spacing w:line="247" w:lineRule="auto"/>
        <w:jc w:val="both"/>
      </w:pPr>
      <w:r>
        <w:t>Žiak má v celistvosti a úplnosti osvojené poznatky, pojmy a zákonitosti podľa učebných</w:t>
      </w:r>
    </w:p>
    <w:p w14:paraId="420B587C" w14:textId="77777777" w:rsidR="00017FC4" w:rsidRDefault="00974517">
      <w:pPr>
        <w:spacing w:line="247" w:lineRule="auto"/>
        <w:jc w:val="both"/>
      </w:pPr>
      <w:r>
        <w:t>osnov a pri ich využívaní má nepodstatné medzery. Má osvojené kľúčové kompetencie,</w:t>
      </w:r>
    </w:p>
    <w:p w14:paraId="484E6876" w14:textId="77777777" w:rsidR="00017FC4" w:rsidRDefault="00974517">
      <w:pPr>
        <w:spacing w:line="247" w:lineRule="auto"/>
        <w:jc w:val="both"/>
      </w:pPr>
      <w:r>
        <w:t>ktoré využíva pri intelektuálnych, motorických, praktických a iných činnostiach s menšími</w:t>
      </w:r>
    </w:p>
    <w:p w14:paraId="030A416D" w14:textId="77777777" w:rsidR="00017FC4" w:rsidRDefault="00974517">
      <w:pPr>
        <w:spacing w:line="247" w:lineRule="auto"/>
        <w:jc w:val="both"/>
      </w:pPr>
      <w:r>
        <w:t>nedostatkami. Na podnet učiteľa uplatňuje osvojené vedomosti a kľúčové kompetencie pri riešení jednotlivých úloh, hodnotení javov a zákonitostí. Podstatnejšie nepresnosti dokáže s učiteľovou pomocou opraviť. V ústnom a písomnom prejave má častejšie nedostatky v správnosti, presnosti, výstižnosti. Grafický prejav je menej estetický. Výsledky jeho činností sú menej kvalitné.</w:t>
      </w:r>
    </w:p>
    <w:p w14:paraId="3B7C9BCF" w14:textId="77777777" w:rsidR="00017FC4" w:rsidRDefault="00974517">
      <w:pPr>
        <w:keepNext/>
        <w:spacing w:before="80" w:after="40" w:line="247" w:lineRule="auto"/>
      </w:pPr>
      <w:r>
        <w:rPr>
          <w:b/>
        </w:rPr>
        <w:t>Stupeň 4(dostatočný)</w:t>
      </w:r>
    </w:p>
    <w:p w14:paraId="36722A4C" w14:textId="77777777" w:rsidR="00017FC4" w:rsidRDefault="00974517">
      <w:pPr>
        <w:spacing w:line="247" w:lineRule="auto"/>
        <w:jc w:val="both"/>
      </w:pPr>
      <w:r>
        <w:t>Žiak má závažné medzery v celistvosti a úplnosti osvojenia poznatkov a zákonitostí podľa</w:t>
      </w:r>
    </w:p>
    <w:p w14:paraId="54CD64C6" w14:textId="77777777" w:rsidR="00017FC4" w:rsidRDefault="00974517">
      <w:pPr>
        <w:spacing w:line="247" w:lineRule="auto"/>
        <w:jc w:val="both"/>
      </w:pPr>
      <w:r>
        <w:lastRenderedPageBreak/>
        <w:t>učebných osnov ako aj v ich využívaní. Pri riešení teoretických a praktických úloh s</w:t>
      </w:r>
    </w:p>
    <w:p w14:paraId="669FDE7D" w14:textId="77777777" w:rsidR="00017FC4" w:rsidRDefault="00974517">
      <w:pPr>
        <w:spacing w:line="247" w:lineRule="auto"/>
        <w:jc w:val="both"/>
      </w:pPr>
      <w:r>
        <w:t>uplatňovaním kľúčových kompetencií sa vyskytujú podstatné chyby. Je nesamostatný pri</w:t>
      </w:r>
    </w:p>
    <w:p w14:paraId="1E274418" w14:textId="77777777" w:rsidR="00017FC4" w:rsidRDefault="00974517">
      <w:pPr>
        <w:spacing w:line="247" w:lineRule="auto"/>
        <w:jc w:val="both"/>
      </w:pPr>
      <w:r>
        <w:t>využívaní poznatkov a hodnotení javov. Jeho ústny aj písomný prejav má často v</w:t>
      </w:r>
    </w:p>
    <w:p w14:paraId="636C08A9" w14:textId="77777777" w:rsidR="00017FC4" w:rsidRDefault="00974517">
      <w:pPr>
        <w:spacing w:line="247" w:lineRule="auto"/>
        <w:jc w:val="both"/>
      </w:pPr>
      <w:r>
        <w:t>správnosti, presnosti a výstižnosti vážne nedostatky. V kvalite výsledkov jeho činností sa</w:t>
      </w:r>
    </w:p>
    <w:p w14:paraId="42952139" w14:textId="77777777" w:rsidR="00017FC4" w:rsidRDefault="00974517">
      <w:pPr>
        <w:spacing w:line="247" w:lineRule="auto"/>
        <w:jc w:val="both"/>
      </w:pPr>
      <w:r>
        <w:t>prejavujú omyly, grafický prejav je málo estetický. Vážne nedostatky dokáže žiak s pomocou</w:t>
      </w:r>
    </w:p>
    <w:p w14:paraId="6E285BC6" w14:textId="77777777" w:rsidR="00017FC4" w:rsidRDefault="00974517">
      <w:pPr>
        <w:spacing w:line="247" w:lineRule="auto"/>
        <w:jc w:val="both"/>
      </w:pPr>
      <w:r>
        <w:t>učiteľa opraviť.</w:t>
      </w:r>
    </w:p>
    <w:p w14:paraId="1D55B37E" w14:textId="77777777" w:rsidR="00017FC4" w:rsidRDefault="00974517">
      <w:pPr>
        <w:keepNext/>
        <w:spacing w:before="80" w:after="40" w:line="247" w:lineRule="auto"/>
      </w:pPr>
      <w:r>
        <w:rPr>
          <w:b/>
        </w:rPr>
        <w:t>Stupeň 5(nedostatočný)</w:t>
      </w:r>
    </w:p>
    <w:p w14:paraId="7BD3A649" w14:textId="77777777" w:rsidR="00017FC4" w:rsidRDefault="00974517">
      <w:pPr>
        <w:spacing w:line="247" w:lineRule="auto"/>
        <w:jc w:val="both"/>
      </w:pPr>
      <w:r>
        <w:t>Žiak si neosvojil vedomosti a zákonitosti požadované učebnými osnovami, má v nich</w:t>
      </w:r>
    </w:p>
    <w:p w14:paraId="019F4399" w14:textId="77777777" w:rsidR="00017FC4" w:rsidRDefault="00974517">
      <w:pPr>
        <w:spacing w:line="247" w:lineRule="auto"/>
        <w:jc w:val="both"/>
      </w:pPr>
      <w:r>
        <w:t>závažné medzery, preto ich nedokáže využívať. Pri riešení teoretických a praktických úloh</w:t>
      </w:r>
    </w:p>
    <w:p w14:paraId="55F0E879" w14:textId="77777777" w:rsidR="00017FC4" w:rsidRDefault="00974517">
      <w:pPr>
        <w:spacing w:line="247" w:lineRule="auto"/>
        <w:jc w:val="both"/>
      </w:pPr>
      <w:r>
        <w:t>s uplatňovaním kľúčových kompetencií sa vyskytujú značné chyby. Je nesamostatný pri</w:t>
      </w:r>
    </w:p>
    <w:p w14:paraId="16134406" w14:textId="77777777" w:rsidR="00017FC4" w:rsidRDefault="00974517">
      <w:pPr>
        <w:spacing w:line="247" w:lineRule="auto"/>
        <w:jc w:val="both"/>
      </w:pPr>
      <w:r>
        <w:t>využívaní poznatkov, hodnotení javov, nevie svoje vedomosti uplatniť ani na podnet učiteľa.</w:t>
      </w:r>
    </w:p>
    <w:p w14:paraId="7C2565DB" w14:textId="77777777" w:rsidR="00017FC4" w:rsidRDefault="00974517">
      <w:pPr>
        <w:spacing w:line="247" w:lineRule="auto"/>
        <w:jc w:val="both"/>
      </w:pPr>
      <w:r>
        <w:t>Jeho ústny a písomný prejav je nesprávny, nepresný. Kvalita výsledkov jeho činností a</w:t>
      </w:r>
    </w:p>
    <w:p w14:paraId="41C16DEE" w14:textId="77777777" w:rsidR="00017FC4" w:rsidRDefault="00974517">
      <w:pPr>
        <w:spacing w:line="247" w:lineRule="auto"/>
        <w:jc w:val="both"/>
      </w:pPr>
      <w:r>
        <w:t>grafický prejav sú na nízkej úrovni. Vážne nedostatky nedokáže opraviť ani s pomocou</w:t>
      </w:r>
    </w:p>
    <w:p w14:paraId="34A3288A" w14:textId="77777777" w:rsidR="00017FC4" w:rsidRDefault="00974517">
      <w:pPr>
        <w:spacing w:line="247" w:lineRule="auto"/>
        <w:jc w:val="both"/>
      </w:pPr>
      <w:r>
        <w:t>učiteľa.</w:t>
      </w:r>
    </w:p>
    <w:p w14:paraId="7257113E" w14:textId="77777777" w:rsidR="00017FC4" w:rsidRDefault="00974517">
      <w:pPr>
        <w:keepNext/>
        <w:spacing w:before="80" w:after="40" w:line="247" w:lineRule="auto"/>
      </w:pPr>
      <w:r>
        <w:rPr>
          <w:b/>
        </w:rPr>
        <w:t>Predmet hodnotenia klasifikácie:</w:t>
      </w:r>
    </w:p>
    <w:p w14:paraId="113D72EF" w14:textId="77777777" w:rsidR="00017FC4" w:rsidRDefault="00974517">
      <w:pPr>
        <w:spacing w:line="247" w:lineRule="auto"/>
        <w:jc w:val="both"/>
      </w:pPr>
      <w:r>
        <w:t>Prospech žiaka klasifikujeme známkou. Vo výchovnovzdelávacom procese sa uskutočňuje</w:t>
      </w:r>
    </w:p>
    <w:p w14:paraId="7D6EF497" w14:textId="77777777" w:rsidR="00017FC4" w:rsidRDefault="00974517">
      <w:pPr>
        <w:spacing w:line="247" w:lineRule="auto"/>
        <w:jc w:val="both"/>
      </w:pPr>
      <w:r>
        <w:t>priebežné a celkové hodnotenie:</w:t>
      </w:r>
    </w:p>
    <w:p w14:paraId="24AA46C8" w14:textId="77777777" w:rsidR="00017FC4" w:rsidRDefault="00974517">
      <w:pPr>
        <w:spacing w:after="30" w:line="247" w:lineRule="auto"/>
        <w:ind w:left="198" w:hanging="102"/>
      </w:pPr>
      <w:r>
        <w:t>• priebežné hodnotenie sa uskutočňuje pri hodnotení čiastkových výsledkov a prejavov žiaka na vyučovacích hodinách a má hlavne motivačný charakter,</w:t>
      </w:r>
    </w:p>
    <w:p w14:paraId="336A3F4C" w14:textId="77777777" w:rsidR="00017FC4" w:rsidRDefault="00974517">
      <w:pPr>
        <w:spacing w:after="30" w:line="247" w:lineRule="auto"/>
        <w:ind w:left="198" w:hanging="102"/>
      </w:pPr>
      <w:r>
        <w:t>• celkové hodnotenie žiaka sa uskutočňuje na konci prvého polroka a druhého polroka v školskom roku a má čo najobjektívnejšie zhodnotiť úroveň jeho vedomostí, zručností a návykov.</w:t>
      </w:r>
    </w:p>
    <w:p w14:paraId="0E0B1BE2" w14:textId="77777777" w:rsidR="00017FC4" w:rsidRDefault="00974517">
      <w:pPr>
        <w:spacing w:line="247" w:lineRule="auto"/>
        <w:jc w:val="both"/>
      </w:pPr>
      <w:r>
        <w:t>Predmetom hodnotenia vo výchovno- vzdelávacom procese sú najmä učebné výsledky žiaka, ktoré dosiahol na vyučovacom predmete v súlade s požiadavkami vymedzenými v učebných osnovách, ako aj usilovnosť, osobnostný rast, rešpektovanie práv iných osôb a ochota spolupracovať.</w:t>
      </w:r>
    </w:p>
    <w:p w14:paraId="5B395556" w14:textId="77777777" w:rsidR="00017FC4" w:rsidRDefault="00974517">
      <w:pPr>
        <w:spacing w:line="247" w:lineRule="auto"/>
        <w:jc w:val="both"/>
      </w:pPr>
      <w:r>
        <w:t>V procese hodnotenia učiteľ uplatňuje primeranú náročnosť, pedagogický takt voči žiakovi,</w:t>
      </w:r>
    </w:p>
    <w:p w14:paraId="418BB2D6" w14:textId="77777777" w:rsidR="00017FC4" w:rsidRDefault="00974517">
      <w:pPr>
        <w:spacing w:line="247" w:lineRule="auto"/>
        <w:jc w:val="both"/>
      </w:pPr>
      <w:r>
        <w:t>rešpektuje práva dieťaťa a humánne sa správa voči žiakovi. Zohľadňuje vekové a individuálne osobitosti žiaka a prihliada na jeho momentálnu psychickú a fyzickú disponovanosť. Zároveň objektívne hodnotí kvalitu vedomostí, zručností a návykov žiaka.</w:t>
      </w:r>
    </w:p>
    <w:p w14:paraId="2758997B" w14:textId="77777777" w:rsidR="00017FC4" w:rsidRDefault="00974517">
      <w:pPr>
        <w:spacing w:line="247" w:lineRule="auto"/>
        <w:jc w:val="both"/>
      </w:pPr>
      <w:r>
        <w:t>Pri hodnotení žiaka sa posudzujú získané kompetencie v súlade s učebnými osnovami</w:t>
      </w:r>
    </w:p>
    <w:p w14:paraId="0D04C014" w14:textId="77777777" w:rsidR="00017FC4" w:rsidRDefault="00974517">
      <w:pPr>
        <w:spacing w:line="247" w:lineRule="auto"/>
        <w:jc w:val="both"/>
      </w:pPr>
      <w:r>
        <w:t>a schopnosť ich využívať v oblastiach:</w:t>
      </w:r>
    </w:p>
    <w:p w14:paraId="0A49822E" w14:textId="77777777" w:rsidR="00017FC4" w:rsidRDefault="00974517">
      <w:pPr>
        <w:spacing w:after="30" w:line="247" w:lineRule="auto"/>
        <w:ind w:left="198" w:hanging="102"/>
      </w:pPr>
      <w:r>
        <w:t>• všeobecné kompetencie</w:t>
      </w:r>
    </w:p>
    <w:p w14:paraId="4113DA0E" w14:textId="77777777" w:rsidR="00017FC4" w:rsidRDefault="00974517">
      <w:pPr>
        <w:spacing w:after="30" w:line="247" w:lineRule="auto"/>
        <w:ind w:left="198" w:hanging="102"/>
      </w:pPr>
      <w:r>
        <w:t>• komunikačné jazykové kompetencie</w:t>
      </w:r>
    </w:p>
    <w:p w14:paraId="31A11F88" w14:textId="77777777" w:rsidR="00017FC4" w:rsidRDefault="00974517">
      <w:pPr>
        <w:spacing w:after="30" w:line="247" w:lineRule="auto"/>
        <w:ind w:left="198" w:hanging="102"/>
      </w:pPr>
      <w:r>
        <w:t>• komunikačné zručnosti</w:t>
      </w:r>
    </w:p>
    <w:p w14:paraId="0D437316" w14:textId="77777777" w:rsidR="00017FC4" w:rsidRDefault="00974517">
      <w:pPr>
        <w:spacing w:line="247" w:lineRule="auto"/>
        <w:jc w:val="both"/>
      </w:pPr>
      <w:r>
        <w:t>Žiak je z predmetu anglický jazyk skúšaný verbálne (slovná zásoba, dialóg monológ, čítanie), písomne (slovná zásoba, tematické práce, polročné previerky- formou testov a diktátov) a prakticky (preverovať úroveň samostatnej práce žiakov).</w:t>
      </w:r>
    </w:p>
    <w:p w14:paraId="6FA2BBD3" w14:textId="77777777" w:rsidR="00017FC4" w:rsidRDefault="00974517">
      <w:pPr>
        <w:spacing w:line="247" w:lineRule="auto"/>
        <w:jc w:val="both"/>
      </w:pPr>
      <w:r>
        <w:t>Pri skúšaní, hodnotení a klasifikácii žiackych učebných výkonov sa má učiteľ riadiť zásadou, že</w:t>
      </w:r>
    </w:p>
    <w:p w14:paraId="510C8DA1" w14:textId="77777777" w:rsidR="00017FC4" w:rsidRDefault="00974517">
      <w:pPr>
        <w:spacing w:line="247" w:lineRule="auto"/>
        <w:jc w:val="both"/>
      </w:pPr>
      <w:r>
        <w:t>zisťovať a hodnotiť treba to, čo žiak vie a nesnažiť sa v prvom rade odhaľovať jeho nedostatky,</w:t>
      </w:r>
    </w:p>
    <w:p w14:paraId="69A23C9E" w14:textId="77777777" w:rsidR="00017FC4" w:rsidRDefault="00974517">
      <w:pPr>
        <w:spacing w:line="247" w:lineRule="auto"/>
        <w:jc w:val="both"/>
      </w:pPr>
      <w:r>
        <w:t>aj keď bez ich poznania nemožno pristúpiť k ich odstráneniu.</w:t>
      </w:r>
    </w:p>
    <w:p w14:paraId="0FFC5F28" w14:textId="77777777" w:rsidR="00017FC4" w:rsidRDefault="00974517">
      <w:pPr>
        <w:spacing w:line="247" w:lineRule="auto"/>
        <w:jc w:val="both"/>
      </w:pPr>
      <w:r>
        <w:t>Pri hodnotení žiaka sa posudzujú získané kompetencie v súlade s učebnými osnovami.</w:t>
      </w:r>
    </w:p>
    <w:p w14:paraId="5FDB2844" w14:textId="77777777" w:rsidR="00017FC4" w:rsidRDefault="00974517">
      <w:pPr>
        <w:keepNext/>
        <w:spacing w:before="80" w:after="40" w:line="247" w:lineRule="auto"/>
      </w:pPr>
      <w:r>
        <w:rPr>
          <w:b/>
        </w:rPr>
        <w:t>Hodnotenie písomných prác:</w:t>
      </w:r>
    </w:p>
    <w:p w14:paraId="75A4B561" w14:textId="77777777" w:rsidR="00017FC4" w:rsidRDefault="00974517">
      <w:pPr>
        <w:keepNext/>
        <w:spacing w:before="80" w:after="40" w:line="247" w:lineRule="auto"/>
      </w:pPr>
      <w:r>
        <w:rPr>
          <w:b/>
        </w:rPr>
        <w:t>Maximálny počet slov v diktáte:</w:t>
      </w:r>
    </w:p>
    <w:p w14:paraId="4ACF5408" w14:textId="77777777" w:rsidR="00017FC4" w:rsidRDefault="00974517">
      <w:pPr>
        <w:spacing w:line="247" w:lineRule="auto"/>
        <w:jc w:val="both"/>
      </w:pPr>
      <w:r>
        <w:t>6. ročník- max. 65- 70</w:t>
      </w:r>
    </w:p>
    <w:p w14:paraId="0ED7923F" w14:textId="77777777" w:rsidR="00017FC4" w:rsidRDefault="00974517">
      <w:pPr>
        <w:spacing w:line="247" w:lineRule="auto"/>
        <w:jc w:val="both"/>
      </w:pPr>
      <w:r>
        <w:t>7. ročník- max. 85</w:t>
      </w:r>
    </w:p>
    <w:p w14:paraId="7F123E78" w14:textId="77777777" w:rsidR="00017FC4" w:rsidRDefault="00974517">
      <w:pPr>
        <w:spacing w:line="247" w:lineRule="auto"/>
        <w:jc w:val="both"/>
      </w:pPr>
      <w:r>
        <w:t>8. ročník- max. 100</w:t>
      </w:r>
    </w:p>
    <w:p w14:paraId="79F37BA6" w14:textId="77777777" w:rsidR="00017FC4" w:rsidRDefault="00974517">
      <w:pPr>
        <w:spacing w:line="247" w:lineRule="auto"/>
        <w:jc w:val="both"/>
      </w:pPr>
      <w:r>
        <w:t>9. ročník- max. 120</w:t>
      </w:r>
    </w:p>
    <w:p w14:paraId="0CDB8B77" w14:textId="77777777" w:rsidR="00017FC4" w:rsidRDefault="00974517">
      <w:pPr>
        <w:keepNext/>
        <w:spacing w:before="80" w:after="40" w:line="247" w:lineRule="auto"/>
      </w:pPr>
      <w:r>
        <w:rPr>
          <w:b/>
        </w:rPr>
        <w:t>Klasifikačná norma pre diktát – pre všetky ročníky</w:t>
      </w:r>
    </w:p>
    <w:p w14:paraId="5D8206F5" w14:textId="77777777" w:rsidR="00017FC4" w:rsidRDefault="00974517">
      <w:pPr>
        <w:spacing w:after="30" w:line="247" w:lineRule="auto"/>
        <w:ind w:left="198" w:hanging="102"/>
      </w:pPr>
      <w:r>
        <w:t>- stupeň 1 – počet chýb 0-1</w:t>
      </w:r>
    </w:p>
    <w:p w14:paraId="6051BDB8" w14:textId="77777777" w:rsidR="00017FC4" w:rsidRDefault="00974517">
      <w:pPr>
        <w:spacing w:after="30" w:line="247" w:lineRule="auto"/>
        <w:ind w:left="198" w:hanging="102"/>
      </w:pPr>
      <w:r>
        <w:t>- stupeň 2 – počet chýb 2-3</w:t>
      </w:r>
    </w:p>
    <w:p w14:paraId="3AE81815" w14:textId="77777777" w:rsidR="00017FC4" w:rsidRDefault="00974517">
      <w:pPr>
        <w:spacing w:after="30" w:line="247" w:lineRule="auto"/>
        <w:ind w:left="198" w:hanging="102"/>
      </w:pPr>
      <w:r>
        <w:t>- stupeň 3 – počet chýb 4-7</w:t>
      </w:r>
    </w:p>
    <w:p w14:paraId="74F0A81B" w14:textId="77777777" w:rsidR="00017FC4" w:rsidRDefault="00974517">
      <w:pPr>
        <w:spacing w:after="30" w:line="247" w:lineRule="auto"/>
        <w:ind w:left="198" w:hanging="102"/>
      </w:pPr>
      <w:r>
        <w:t>- stupeň 4 – počet chýb 8-10</w:t>
      </w:r>
    </w:p>
    <w:p w14:paraId="4F6E02C7" w14:textId="77777777" w:rsidR="00017FC4" w:rsidRDefault="00974517">
      <w:pPr>
        <w:spacing w:after="30" w:line="247" w:lineRule="auto"/>
        <w:ind w:left="198" w:hanging="102"/>
      </w:pPr>
      <w:r>
        <w:t>- stupeň 5 – počet chýb 11 a viac</w:t>
      </w:r>
    </w:p>
    <w:p w14:paraId="4A6D6695" w14:textId="77777777" w:rsidR="00017FC4" w:rsidRDefault="00974517">
      <w:pPr>
        <w:keepNext/>
        <w:spacing w:before="80" w:after="40" w:line="247" w:lineRule="auto"/>
      </w:pPr>
      <w:r>
        <w:rPr>
          <w:b/>
        </w:rPr>
        <w:lastRenderedPageBreak/>
        <w:t>Stupnica hodnotenie kontrolných prác:</w:t>
      </w:r>
    </w:p>
    <w:p w14:paraId="6205373F" w14:textId="77777777" w:rsidR="00017FC4" w:rsidRDefault="00974517">
      <w:pPr>
        <w:spacing w:line="247" w:lineRule="auto"/>
        <w:jc w:val="both"/>
      </w:pPr>
      <w:r>
        <w:t>100% - 90% =1</w:t>
      </w:r>
    </w:p>
    <w:p w14:paraId="7D2552E9" w14:textId="77777777" w:rsidR="00017FC4" w:rsidRDefault="00974517">
      <w:pPr>
        <w:spacing w:line="247" w:lineRule="auto"/>
        <w:jc w:val="both"/>
      </w:pPr>
      <w:r>
        <w:t>89% - 75 % =2</w:t>
      </w:r>
    </w:p>
    <w:p w14:paraId="1BEAAB7C" w14:textId="77777777" w:rsidR="00017FC4" w:rsidRDefault="00974517">
      <w:pPr>
        <w:spacing w:line="247" w:lineRule="auto"/>
        <w:jc w:val="both"/>
      </w:pPr>
      <w:r>
        <w:t>74% - 50 % =3</w:t>
      </w:r>
    </w:p>
    <w:p w14:paraId="14C16AD3" w14:textId="77777777" w:rsidR="00017FC4" w:rsidRDefault="00974517">
      <w:pPr>
        <w:spacing w:line="247" w:lineRule="auto"/>
        <w:jc w:val="both"/>
      </w:pPr>
      <w:r>
        <w:t>49% - 25 % =4</w:t>
      </w:r>
    </w:p>
    <w:p w14:paraId="5B2BCBA9" w14:textId="77777777" w:rsidR="00017FC4" w:rsidRDefault="00974517">
      <w:pPr>
        <w:spacing w:line="247" w:lineRule="auto"/>
        <w:jc w:val="both"/>
      </w:pPr>
      <w:r>
        <w:t>19% - 0% = 5</w:t>
      </w:r>
    </w:p>
    <w:p w14:paraId="3A30F646" w14:textId="77777777" w:rsidR="00017FC4" w:rsidRDefault="00974517">
      <w:pPr>
        <w:keepNext/>
        <w:spacing w:before="80" w:after="40" w:line="247" w:lineRule="auto"/>
      </w:pPr>
      <w:r>
        <w:rPr>
          <w:b/>
        </w:rPr>
        <w:t>Projekt sa hodnotí z dvoch hľadísk:</w:t>
      </w:r>
    </w:p>
    <w:p w14:paraId="0364BA25" w14:textId="77777777" w:rsidR="00017FC4" w:rsidRDefault="00974517">
      <w:pPr>
        <w:spacing w:line="247" w:lineRule="auto"/>
        <w:jc w:val="both"/>
      </w:pPr>
      <w:r>
        <w:t>1. Obsah, forma, gramatická správnosť projektu (známka)</w:t>
      </w:r>
    </w:p>
    <w:p w14:paraId="4A45C155" w14:textId="77777777" w:rsidR="00017FC4" w:rsidRDefault="00974517">
      <w:pPr>
        <w:spacing w:line="247" w:lineRule="auto"/>
        <w:jc w:val="both"/>
      </w:pPr>
      <w:r>
        <w:t>2. Prezentovanie projektu žiakom (známka)</w:t>
      </w:r>
    </w:p>
    <w:p w14:paraId="7116B3F1" w14:textId="77777777" w:rsidR="00017FC4" w:rsidRDefault="00974517">
      <w:pPr>
        <w:spacing w:line="247" w:lineRule="auto"/>
        <w:jc w:val="both"/>
      </w:pPr>
      <w:r>
        <w:t>Pri hodnotení žiakov s poruchami učenia postupovať podľa Metodických pokynov na hodnotenie žiakov s poruchami učenia a podľa individuálnych vzdelávacích programov vypracovaných pre týchto žiakov s prihliadnutím na konkrétny druh a stupeň znevýhodnenie daného žiaka. Pri písaní kontrolných úloh sa hodnotí len obsah písomných prác, nehodnotí sa pravopis ani úprava. Učiteľ v konkrétnych prípadoch zváži, či uprednostní písomnú alebo ústnu formu odpovede a skúšania.</w:t>
      </w:r>
    </w:p>
    <w:p w14:paraId="0F020B22" w14:textId="77777777" w:rsidR="00017FC4" w:rsidRDefault="00974517">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7. UČEBNÉ ZDROJE</w:t>
      </w:r>
    </w:p>
    <w:p w14:paraId="5C71BE17" w14:textId="77777777" w:rsidR="00017FC4" w:rsidRDefault="00974517">
      <w:pPr>
        <w:keepNext/>
        <w:spacing w:before="80" w:after="40" w:line="247" w:lineRule="auto"/>
      </w:pPr>
      <w:r>
        <w:rPr>
          <w:b/>
        </w:rPr>
        <w:t>Učebnica:</w:t>
      </w:r>
    </w:p>
    <w:p w14:paraId="12964EAD" w14:textId="77777777" w:rsidR="00017FC4" w:rsidRDefault="00974517">
      <w:pPr>
        <w:spacing w:line="247" w:lineRule="auto"/>
        <w:jc w:val="both"/>
      </w:pPr>
      <w:r>
        <w:t>HUTCHINSON, Tom. 2013. Project 2. 4. edícia. Oxford University Press 2013. ISBN 978-0-19-476456-8</w:t>
      </w:r>
    </w:p>
    <w:p w14:paraId="2B54FFEA" w14:textId="77777777" w:rsidR="00017FC4" w:rsidRDefault="00974517">
      <w:pPr>
        <w:keepNext/>
        <w:spacing w:before="80" w:after="40" w:line="247" w:lineRule="auto"/>
      </w:pPr>
      <w:r>
        <w:rPr>
          <w:b/>
        </w:rPr>
        <w:t>Pracovný zošit:</w:t>
      </w:r>
    </w:p>
    <w:p w14:paraId="76EA8F44" w14:textId="77777777" w:rsidR="00017FC4" w:rsidRDefault="00974517">
      <w:pPr>
        <w:spacing w:line="247" w:lineRule="auto"/>
        <w:jc w:val="both"/>
      </w:pPr>
      <w:r>
        <w:t>HUTCHINSON, Tom. 2013. Project 2. 4. edícia. Oxford University Press 2013. ISBN 978-0-19-476531-2</w:t>
      </w:r>
    </w:p>
    <w:p w14:paraId="1F872D0D" w14:textId="77777777" w:rsidR="00017FC4" w:rsidRDefault="00974517">
      <w:pPr>
        <w:keepNext/>
        <w:spacing w:before="80" w:after="40" w:line="247" w:lineRule="auto"/>
      </w:pPr>
      <w:r>
        <w:rPr>
          <w:b/>
        </w:rPr>
        <w:t>Audio CD:</w:t>
      </w:r>
    </w:p>
    <w:p w14:paraId="1FD7FD41" w14:textId="77777777" w:rsidR="00017FC4" w:rsidRDefault="00974517">
      <w:pPr>
        <w:spacing w:line="247" w:lineRule="auto"/>
        <w:jc w:val="both"/>
      </w:pPr>
      <w:r>
        <w:t>HUTCHINSON, Tom. 2013. Project 2. 4. edícia. Oxford University Press 2013. ISBN 978-0-19-476553-4</w:t>
      </w:r>
    </w:p>
    <w:p w14:paraId="3C1B5C90" w14:textId="77777777" w:rsidR="00017FC4" w:rsidRDefault="00974517">
      <w:pPr>
        <w:keepNext/>
        <w:spacing w:before="80" w:after="40" w:line="247" w:lineRule="auto"/>
      </w:pPr>
      <w:r>
        <w:rPr>
          <w:b/>
        </w:rPr>
        <w:t>Odborná literatúra</w:t>
      </w:r>
    </w:p>
    <w:p w14:paraId="00BAD1C4" w14:textId="77777777" w:rsidR="00017FC4" w:rsidRDefault="00974517">
      <w:pPr>
        <w:spacing w:line="247" w:lineRule="auto"/>
        <w:jc w:val="both"/>
      </w:pPr>
      <w:r>
        <w:t>MURPHY, Raymond. 2004. English grammar in use. Cambridge University Press: ISBN 0521-532-892.</w:t>
      </w:r>
    </w:p>
    <w:p w14:paraId="1A0DEA54" w14:textId="77777777" w:rsidR="00017FC4" w:rsidRDefault="00974517">
      <w:pPr>
        <w:keepNext/>
        <w:spacing w:before="80" w:after="40" w:line="247" w:lineRule="auto"/>
      </w:pPr>
      <w:r>
        <w:rPr>
          <w:b/>
        </w:rPr>
        <w:t>Pomôcky</w:t>
      </w:r>
    </w:p>
    <w:p w14:paraId="22E34CBE" w14:textId="77777777" w:rsidR="00017FC4" w:rsidRDefault="00974517">
      <w:pPr>
        <w:spacing w:after="30" w:line="247" w:lineRule="auto"/>
        <w:ind w:left="198" w:hanging="102"/>
      </w:pPr>
      <w:r>
        <w:t>- dataprojektor, notebook, vlastné prezentácie</w:t>
      </w:r>
    </w:p>
    <w:p w14:paraId="0503EB28" w14:textId="77777777" w:rsidR="00017FC4" w:rsidRDefault="00974517">
      <w:pPr>
        <w:spacing w:after="30" w:line="247" w:lineRule="auto"/>
        <w:ind w:left="198" w:hanging="102"/>
      </w:pPr>
      <w:r>
        <w:t>- odborné publikácie k daným témam</w:t>
      </w:r>
    </w:p>
    <w:p w14:paraId="02611C5D" w14:textId="77777777" w:rsidR="00017FC4" w:rsidRDefault="00974517">
      <w:pPr>
        <w:spacing w:after="30" w:line="247" w:lineRule="auto"/>
        <w:ind w:left="198" w:hanging="102"/>
      </w:pPr>
      <w:r>
        <w:t>- piesne a básne k daným témam</w:t>
      </w:r>
    </w:p>
    <w:p w14:paraId="6289C7CE" w14:textId="77777777" w:rsidR="00017FC4" w:rsidRDefault="00974517">
      <w:pPr>
        <w:spacing w:after="30" w:line="247" w:lineRule="auto"/>
        <w:ind w:left="198" w:hanging="102"/>
      </w:pPr>
      <w:r>
        <w:t>- nahrávky</w:t>
      </w:r>
    </w:p>
    <w:p w14:paraId="5AC30BE1" w14:textId="77777777" w:rsidR="00017FC4" w:rsidRDefault="00974517">
      <w:pPr>
        <w:spacing w:after="30" w:line="247" w:lineRule="auto"/>
        <w:ind w:left="198" w:hanging="102"/>
      </w:pPr>
      <w:r>
        <w:t>- webové stránky, ktoré sú venované výučbe anglického jazyka</w:t>
      </w:r>
    </w:p>
    <w:p w14:paraId="07ABAE54" w14:textId="77777777" w:rsidR="00017FC4" w:rsidRDefault="00974517">
      <w:pPr>
        <w:spacing w:after="30" w:line="247" w:lineRule="auto"/>
        <w:ind w:left="198" w:hanging="102"/>
      </w:pPr>
      <w:r>
        <w:t>- materiálno-technické a didaktické prostriedky, ktoré má naša škola k dispozícií</w:t>
      </w:r>
    </w:p>
    <w:p w14:paraId="604B7C18" w14:textId="77777777" w:rsidR="00017FC4" w:rsidRDefault="00974517">
      <w:pPr>
        <w:spacing w:after="30" w:line="247" w:lineRule="auto"/>
        <w:ind w:left="198" w:hanging="102"/>
      </w:pPr>
      <w:r>
        <w:t>- dvojjazyčné slovníky</w:t>
      </w:r>
    </w:p>
    <w:p w14:paraId="4AE48BAB" w14:textId="77777777" w:rsidR="00017FC4" w:rsidRDefault="00974517">
      <w:pPr>
        <w:spacing w:after="30" w:line="247" w:lineRule="auto"/>
        <w:ind w:left="198" w:hanging="102"/>
      </w:pPr>
      <w:r>
        <w:t>- obrázkové slovníky</w:t>
      </w:r>
    </w:p>
    <w:p w14:paraId="3CCF0EFD" w14:textId="77777777" w:rsidR="00017FC4" w:rsidRDefault="00974517">
      <w:pPr>
        <w:spacing w:after="30" w:line="247" w:lineRule="auto"/>
        <w:ind w:left="198" w:hanging="102"/>
      </w:pPr>
      <w:r>
        <w:t>- multimediálne výukové CD ROM´s</w:t>
      </w:r>
    </w:p>
    <w:p w14:paraId="6E7EE104" w14:textId="77777777" w:rsidR="00017FC4" w:rsidRDefault="00974517">
      <w:pPr>
        <w:spacing w:after="30" w:line="247" w:lineRule="auto"/>
        <w:ind w:left="198" w:hanging="102"/>
      </w:pPr>
      <w:r>
        <w:t>- obrazový demonštračný materiál (magnetické obrázky, karty, pexesá, maňušky a pod.)</w:t>
      </w:r>
    </w:p>
    <w:p w14:paraId="148B3FE1" w14:textId="77777777" w:rsidR="00017FC4" w:rsidRDefault="00974517">
      <w:pPr>
        <w:spacing w:line="247" w:lineRule="auto"/>
        <w:jc w:val="both"/>
      </w:pPr>
      <w:r>
        <w:t>vanie povedie ku komunikačným schopnostiam, vysokej kreativite, aby žiak bol aktívnym, tvorivým subjektom, učiteľ moderátorom, ktorý usmerňuje žiakov. Na hodinách budú uplatňované kognitívne štýly, ktoré pomôžu prekonať strach z chýb a omylov.</w:t>
      </w:r>
    </w:p>
    <w:sectPr w:rsidR="00017FC4">
      <w:headerReference w:type="default" r:id="rId9"/>
      <w:footerReference w:type="default" r:id="rId10"/>
      <w:pgSz w:w="11906" w:h="16838"/>
      <w:pgMar w:top="907" w:right="964" w:bottom="907" w:left="964" w:header="397" w:footer="39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E512A" w14:textId="77777777" w:rsidR="00974517" w:rsidRDefault="00974517">
      <w:pPr>
        <w:spacing w:after="0" w:line="240" w:lineRule="auto"/>
      </w:pPr>
      <w:r>
        <w:separator/>
      </w:r>
    </w:p>
  </w:endnote>
  <w:endnote w:type="continuationSeparator" w:id="0">
    <w:p w14:paraId="60DC0482" w14:textId="77777777" w:rsidR="00974517" w:rsidRDefault="00974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E1D34" w14:textId="77777777" w:rsidR="0069107B" w:rsidRDefault="0097320A">
    <w:pPr>
      <w:jc w:val="center"/>
    </w:pPr>
    <w:r>
      <w:rPr>
        <w:sz w:val="16"/>
      </w:rPr>
      <w:t xml:space="preserve">Školský rok 2026/2027  •  strana </w:t>
    </w:r>
    <w:r w:rsidR="00974517">
      <w:fldChar w:fldCharType="begin"/>
    </w:r>
    <w:r w:rsidR="00974517">
      <w:instrText>PAGE</w:instrText>
    </w:r>
    <w:r w:rsidR="00974517">
      <w:fldChar w:fldCharType="separate"/>
    </w:r>
    <w:r w:rsidR="007C10E9">
      <w:rPr>
        <w:noProof/>
      </w:rPr>
      <w:t>2</w:t>
    </w:r>
    <w:r w:rsidR="00974517">
      <w:fldChar w:fldCharType="end"/>
    </w:r>
    <w:r>
      <w:rPr>
        <w:sz w:val="16"/>
      </w:rPr>
      <w:t xml:space="preserve"> z </w:t>
    </w:r>
    <w:r w:rsidR="00974517">
      <w:fldChar w:fldCharType="begin"/>
    </w:r>
    <w:r w:rsidR="00974517">
      <w:instrText>NUMPAGES</w:instrText>
    </w:r>
    <w:r w:rsidR="00974517">
      <w:fldChar w:fldCharType="separate"/>
    </w:r>
    <w:r w:rsidR="007C10E9">
      <w:rPr>
        <w:noProof/>
      </w:rPr>
      <w:t>3</w:t>
    </w:r>
    <w:r w:rsidR="0097451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D4D59" w14:textId="77777777" w:rsidR="00974517" w:rsidRDefault="00974517">
      <w:pPr>
        <w:spacing w:after="0" w:line="240" w:lineRule="auto"/>
      </w:pPr>
      <w:r>
        <w:separator/>
      </w:r>
    </w:p>
  </w:footnote>
  <w:footnote w:type="continuationSeparator" w:id="0">
    <w:p w14:paraId="73C2329B" w14:textId="77777777" w:rsidR="00974517" w:rsidRDefault="00974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B6079" w14:textId="77777777" w:rsidR="0069107B" w:rsidRDefault="0097320A">
    <w:pPr>
      <w:pBdr>
        <w:bottom w:val="single" w:sz="4" w:space="1" w:color="B7B7B7"/>
      </w:pBdr>
      <w:spacing w:after="40"/>
      <w:jc w:val="center"/>
    </w:pPr>
    <w:r>
      <w:rPr>
        <w:b/>
        <w:sz w:val="17"/>
      </w:rPr>
      <w:t>UČEBNÉ OSNOVY  •  ANJ  •  6. ROČNÍK  •  ANGLICKÝ JAZYK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abstractNum w:abstractNumId="9" w15:restartNumberingAfterBreak="0">
    <w:nsid w:val="6EDB143F"/>
    <w:multiLevelType w:val="hybridMultilevel"/>
    <w:tmpl w:val="06A893D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FC4"/>
    <w:rsid w:val="00034616"/>
    <w:rsid w:val="0006063C"/>
    <w:rsid w:val="001118A1"/>
    <w:rsid w:val="001304ED"/>
    <w:rsid w:val="00143FC8"/>
    <w:rsid w:val="0015074B"/>
    <w:rsid w:val="001622B2"/>
    <w:rsid w:val="00166865"/>
    <w:rsid w:val="00225220"/>
    <w:rsid w:val="00232D6C"/>
    <w:rsid w:val="00234BFC"/>
    <w:rsid w:val="00272A91"/>
    <w:rsid w:val="0029639D"/>
    <w:rsid w:val="002A13AD"/>
    <w:rsid w:val="002B16CA"/>
    <w:rsid w:val="00326F90"/>
    <w:rsid w:val="00396337"/>
    <w:rsid w:val="003C6861"/>
    <w:rsid w:val="00405C5E"/>
    <w:rsid w:val="00506D1E"/>
    <w:rsid w:val="005E79F7"/>
    <w:rsid w:val="00685915"/>
    <w:rsid w:val="0069107B"/>
    <w:rsid w:val="006D0114"/>
    <w:rsid w:val="007C10E9"/>
    <w:rsid w:val="007C3711"/>
    <w:rsid w:val="00821C75"/>
    <w:rsid w:val="0082594F"/>
    <w:rsid w:val="008B1BB8"/>
    <w:rsid w:val="0097320A"/>
    <w:rsid w:val="00974517"/>
    <w:rsid w:val="00985445"/>
    <w:rsid w:val="009C10EC"/>
    <w:rsid w:val="009E78FE"/>
    <w:rsid w:val="00A51C0D"/>
    <w:rsid w:val="00AA1D8D"/>
    <w:rsid w:val="00B15A04"/>
    <w:rsid w:val="00B47730"/>
    <w:rsid w:val="00BC5B17"/>
    <w:rsid w:val="00BE76A5"/>
    <w:rsid w:val="00CA06C8"/>
    <w:rsid w:val="00CB0664"/>
    <w:rsid w:val="00D54C82"/>
    <w:rsid w:val="00DB1B36"/>
    <w:rsid w:val="00DE71A4"/>
    <w:rsid w:val="00DF30AE"/>
    <w:rsid w:val="00E0417E"/>
    <w:rsid w:val="00EE4A48"/>
    <w:rsid w:val="00FA72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13878D"/>
  <w14:defaultImageDpi w14:val="300"/>
  <w15:docId w15:val="{EBEAA96C-1466-4477-8AA0-85D5AC910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pPr>
      <w:spacing w:after="60" w:line="259" w:lineRule="auto"/>
    </w:pPr>
    <w:rPr>
      <w:rFonts w:ascii="Arial" w:eastAsia="Arial" w:hAnsi="Arial" w:cs="Arial"/>
      <w:sz w:val="20"/>
    </w:rPr>
  </w:style>
  <w:style w:type="paragraph" w:styleId="Nadpis1">
    <w:name w:val="heading 1"/>
    <w:basedOn w:val="Normlny"/>
    <w:next w:val="Normlny"/>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spacing w:line="252" w:lineRule="auto"/>
      <w:ind w:left="720"/>
      <w:contextualSpacing/>
    </w:pPr>
    <w:rPr>
      <w:sz w:val="21"/>
    </w:rPr>
  </w:style>
  <w:style w:type="paragraph" w:styleId="Zkladntext">
    <w:name w:val="Body Text"/>
    <w:basedOn w:val="Normlny"/>
    <w:link w:val="ZkladntextChar"/>
    <w:uiPriority w:val="99"/>
    <w:unhideWhenUsed/>
    <w:rsid w:val="00AA1D8D"/>
    <w:pPr>
      <w:spacing w:line="252" w:lineRule="auto"/>
    </w:pPr>
    <w:rPr>
      <w:sz w:val="21"/>
    </w:rPr>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ind w:left="360"/>
      <w:contextualSpacing/>
    </w:pPr>
  </w:style>
  <w:style w:type="paragraph" w:styleId="Pokraovaniezoznamu2">
    <w:name w:val="List Continue 2"/>
    <w:basedOn w:val="Normlny"/>
    <w:uiPriority w:val="99"/>
    <w:unhideWhenUsed/>
    <w:rsid w:val="0029639D"/>
    <w:pPr>
      <w:ind w:left="720"/>
      <w:contextualSpacing/>
    </w:pPr>
  </w:style>
  <w:style w:type="paragraph" w:styleId="Pokraovaniezoznamu3">
    <w:name w:val="List Continue 3"/>
    <w:basedOn w:val="Normlny"/>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lnywebov">
    <w:name w:val="Normal (Web)"/>
    <w:basedOn w:val="Normlny"/>
    <w:uiPriority w:val="99"/>
    <w:semiHidden/>
    <w:unhideWhenUsed/>
    <w:rsid w:val="001118A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15</Pages>
  <Words>6069</Words>
  <Characters>34599</Characters>
  <Application>Microsoft Office Word</Application>
  <DocSecurity>0</DocSecurity>
  <Lines>288</Lines>
  <Paragraphs>81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Učebné osnovy SJL – Slovenský jazyk – 5. ročník – 2026/2027</vt:lpstr>
      <vt:lpstr/>
    </vt:vector>
  </TitlesOfParts>
  <Manager/>
  <Company/>
  <LinksUpToDate>false</LinksUpToDate>
  <CharactersWithSpaces>40587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Učebné osnovy – Anglický jazyk – 6. ročník – 2026/2027</dc:title>
  <dc:subject>Učebné osnovy</dc:subject>
  <dc:creator>python-docx</dc:creator>
  <cp:keywords>anglický jazyk, 6. ročník, učebné osnovy, 2026/2027</cp:keywords>
  <dc:description>Finálna zjednotená verzia vypracovaná v súlade so ŠVP a ŠkVP školy.</dc:description>
  <cp:lastModifiedBy>Učiteľ</cp:lastModifiedBy>
  <cp:revision>18</cp:revision>
  <cp:lastPrinted>2026-09-18T17:28:00Z</cp:lastPrinted>
  <dcterms:created xsi:type="dcterms:W3CDTF">2026-09-16T11:38:00Z</dcterms:created>
  <dcterms:modified xsi:type="dcterms:W3CDTF">2026-09-24T05:31:00Z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511d4fd4-19dd-4ee5-af06-00e9f3dde403</vt:lpwstr>
  </property>
</Properties>
</file>